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space="0" w:color="D97706"/>
          <w:left w:val="single" w:sz="12" w:space="0" w:color="D97706"/>
          <w:bottom w:val="single" w:sz="12" w:space="0" w:color="D97706"/>
          <w:right w:val="single" w:sz="12" w:space="0" w:color="D97706"/>
          <w:insideH w:val="none"/>
          <w:insideV w:val="none"/>
        </w:tblBorders>
      </w:tblPr>
      <w:tblGrid>
        <w:gridCol w:w="9792"/>
      </w:tblGrid>
      <w:tr>
        <w:tc>
          <w:tcPr>
            <w:tcW w:type="dxa" w:w="9792"/>
            <w:shd w:fill="FEF3C7"/>
          </w:tcPr>
          <w:p>
            <w:pPr>
              <w:spacing w:before="60" w:after="60"/>
            </w:pPr>
            <w:r>
              <w:rPr>
                <w:b/>
                <w:color w:val="92400E"/>
                <w:sz w:val="18"/>
              </w:rPr>
              <w:t>PETUNJUK PENULISAN (PERSYARATAN POIN 1):</w:t>
              <w:br/>
            </w:r>
            <w:r>
              <w:rPr>
                <w:color w:val="78350F"/>
                <w:sz w:val="17"/>
              </w:rPr>
              <w:t>Surat lamaran ini WAJIB DITULIS TANGAN OLEH BAPAK ZAENUL PADLI SENDIRI menggunakan pulpen tinta HITAM di atas kertas folio bergaris, dibubuhi Meterai Rp 10.000,- dan ditandatangani. Teks di bawah ini sudah lengkap terisi data diri Bapak Zaenul Padli sebagai acuan salin.</w:t>
            </w:r>
          </w:p>
        </w:tc>
      </w:tr>
    </w:tbl>
    <w:p>
      <w:pPr>
        <w:spacing w:before="160"/>
      </w:pPr>
    </w:p>
    <w:p>
      <w:pPr>
        <w:jc w:val="right"/>
      </w:pPr>
      <w:r>
        <w:rPr>
          <w:sz w:val="21"/>
        </w:rPr>
        <w:t>Tetebatu Selatan, .............................. 2026</w:t>
        <w:br/>
      </w:r>
    </w:p>
    <w:p>
      <w:pPr>
        <w:spacing w:line="276" w:lineRule="auto"/>
      </w:pPr>
      <w:r>
        <w:t>Hal       : Permohonan Pendaftaran Bakal Calon Kepala Desa</w:t>
        <w:br/>
      </w:r>
      <w:r>
        <w:t>Lampiran  : 1 (satu) Berkas</w:t>
        <w:br/>
        <w:br/>
      </w:r>
      <w:r>
        <w:t>Kepada Yth.</w:t>
        <w:br/>
      </w:r>
      <w:r>
        <w:rPr>
          <w:b/>
        </w:rPr>
        <w:t>Ketua Panitia Pemilihan Kepala Desa Tetebatu Selatan</w:t>
        <w:br/>
      </w:r>
      <w:r>
        <w:t>di -</w:t>
        <w:br/>
        <w:t xml:space="preserve">       Tempat</w:t>
      </w:r>
    </w:p>
    <w:p>
      <w:pPr>
        <w:spacing w:before="120"/>
      </w:pPr>
      <w:r>
        <w:t>Dengan hormat,</w:t>
        <w:br/>
        <w:t>Saya 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20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20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20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20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20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20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20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20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20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20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20"/>
              </w:rPr>
              <w:t>Pendidikan Terakhir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20"/>
              </w:rPr>
              <w:t>: Diploma IV / Strata 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20"/>
              </w:rPr>
              <w:t>Alamat Tempat Tinggal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20"/>
              </w:rPr>
              <w:t>: RT 04 RW 03 Dusun Orong Gerisak, Desa Tetebatu, Kec. Sikur</w:t>
            </w:r>
          </w:p>
        </w:tc>
      </w:tr>
    </w:tbl>
    <w:p>
      <w:pPr>
        <w:spacing w:before="120" w:line="276" w:lineRule="auto"/>
      </w:pPr>
      <w:r>
        <w:t>Dengan ini mengajukan permohonan kepada Panitia Pemilihan Kepala Desa untuk dapat didaftarkan sebagai Bakal Calon Kepala Desa Tetebatu Selatan, Kecamatan Sikur, Kabupaten Lombok Timur Masa Jabatan / Periode 2027 - 2035.</w:t>
        <w:br/>
        <w:br/>
        <w:t>Sebagai bahan pertimbangan dan kelengkapan persyaratan administratif, bersama ini saya lampirkan berkas-berkas persyaratan sebagai berikut:</w:t>
      </w:r>
    </w:p>
    <w:p>
      <w:pPr>
        <w:spacing w:after="30" w:before="0"/>
        <w:ind w:left="432"/>
      </w:pPr>
      <w:r>
        <w:rPr>
          <w:sz w:val="19"/>
        </w:rPr>
        <w:t>1. Surat keterangan WNI dari pejabat tingkat Kabupaten;</w:t>
      </w:r>
    </w:p>
    <w:p>
      <w:pPr>
        <w:spacing w:after="30" w:before="0"/>
        <w:ind w:left="432"/>
      </w:pPr>
      <w:r>
        <w:rPr>
          <w:sz w:val="19"/>
        </w:rPr>
        <w:t>2. Surat pernyataan bertakwa kepada Tuhan YME bermeterai cukup;</w:t>
      </w:r>
    </w:p>
    <w:p>
      <w:pPr>
        <w:spacing w:after="30" w:before="0"/>
        <w:ind w:left="432"/>
      </w:pPr>
      <w:r>
        <w:rPr>
          <w:sz w:val="19"/>
        </w:rPr>
        <w:t>3. Surat pernyataan memegang teguh dan mengamalkan Pancasila, UUD 1945, mempertahankan keutuhan NKRI serta Bhinneka Tunggal Ika bermeterai cukup;</w:t>
      </w:r>
    </w:p>
    <w:p>
      <w:pPr>
        <w:spacing w:after="30" w:before="0"/>
        <w:ind w:left="432"/>
      </w:pPr>
      <w:r>
        <w:rPr>
          <w:sz w:val="19"/>
        </w:rPr>
        <w:t>4. Fotokopi ijazah dari tingkat SD sampai ijazah terakhir yang telah dilegalisir oleh pejabat berwenang;</w:t>
      </w:r>
    </w:p>
    <w:p>
      <w:pPr>
        <w:spacing w:after="30" w:before="0"/>
        <w:ind w:left="432"/>
      </w:pPr>
      <w:r>
        <w:rPr>
          <w:sz w:val="19"/>
        </w:rPr>
        <w:t>5. Fotokopi Akta Kelahiran yang telah dilegalisasi;</w:t>
      </w:r>
    </w:p>
    <w:p>
      <w:pPr>
        <w:spacing w:after="30" w:before="0"/>
        <w:ind w:left="432"/>
      </w:pPr>
      <w:r>
        <w:rPr>
          <w:sz w:val="19"/>
        </w:rPr>
        <w:t>6. Surat pernyataan bersedia dicalonkan menjadi Kepala Desa bermeterai cukup;</w:t>
      </w:r>
    </w:p>
    <w:p>
      <w:pPr>
        <w:spacing w:after="30" w:before="0"/>
        <w:ind w:left="432"/>
      </w:pPr>
      <w:r>
        <w:rPr>
          <w:sz w:val="19"/>
        </w:rPr>
        <w:t>7. Fotokopi Kartu Tanda Penduduk elektronik (KTP-el);</w:t>
      </w:r>
    </w:p>
    <w:p>
      <w:pPr>
        <w:spacing w:after="30" w:before="0"/>
        <w:ind w:left="432"/>
      </w:pPr>
      <w:r>
        <w:rPr>
          <w:sz w:val="19"/>
        </w:rPr>
        <w:t>8. Surat keterangan sehat dan bebas narkoba dari RSUD Lombok Timur atau BNN;</w:t>
      </w:r>
    </w:p>
    <w:p>
      <w:pPr>
        <w:spacing w:after="30" w:before="0"/>
        <w:ind w:left="432"/>
      </w:pPr>
      <w:r>
        <w:rPr>
          <w:sz w:val="19"/>
        </w:rPr>
        <w:t>9. Surat Keterangan Catatan Kepolisian (SKCK) dari Kepolisian;</w:t>
      </w:r>
    </w:p>
    <w:p>
      <w:pPr>
        <w:spacing w:after="30" w:before="0"/>
        <w:ind w:left="432"/>
      </w:pPr>
      <w:r>
        <w:rPr>
          <w:sz w:val="19"/>
        </w:rPr>
        <w:t>10. Surat keterangan dari Pengadilan Negeri tidak pernah dijatuhi pidana penjara paling singkat 5 (lima) tahun atau lebih;</w:t>
      </w:r>
    </w:p>
    <w:p>
      <w:pPr>
        <w:spacing w:after="30" w:before="0"/>
        <w:ind w:left="432"/>
      </w:pPr>
      <w:r>
        <w:rPr>
          <w:sz w:val="19"/>
        </w:rPr>
        <w:t>11. Surat keterangan dari Pengadilan Negeri tidak sedang dicabut hak pilihnya;</w:t>
      </w:r>
    </w:p>
    <w:p>
      <w:pPr>
        <w:spacing w:after="30" w:before="0"/>
        <w:ind w:left="432"/>
      </w:pPr>
      <w:r>
        <w:rPr>
          <w:sz w:val="19"/>
        </w:rPr>
        <w:t>12. Daftar Riwayat Hidup;</w:t>
      </w:r>
    </w:p>
    <w:p>
      <w:pPr>
        <w:spacing w:after="30" w:before="0"/>
        <w:ind w:left="432"/>
      </w:pPr>
      <w:r>
        <w:rPr>
          <w:sz w:val="19"/>
        </w:rPr>
        <w:t>13. Pasfoto terbaru berwarna ukuran 4 x 6 cm sebanyak 4 (empat) lembar;</w:t>
      </w:r>
    </w:p>
    <w:p>
      <w:pPr>
        <w:spacing w:after="30" w:before="0"/>
        <w:ind w:left="432"/>
      </w:pPr>
      <w:r>
        <w:rPr>
          <w:sz w:val="19"/>
        </w:rPr>
        <w:t>14. Surat pernyataan tidak pernah menjabat sebagai Kepala Desa sebanyak 3 (tiga) periode bermeterai cukup;</w:t>
      </w:r>
    </w:p>
    <w:p>
      <w:pPr>
        <w:spacing w:after="30" w:before="0"/>
        <w:ind w:left="432"/>
      </w:pPr>
      <w:r>
        <w:rPr>
          <w:sz w:val="19"/>
        </w:rPr>
        <w:t>15. Surat pernyataan bersedia mengganti seluruh biaya penyelenggaraan pemilihan apabila mengundurkan diri bermeterai cukup;</w:t>
      </w:r>
    </w:p>
    <w:p>
      <w:pPr>
        <w:spacing w:after="30" w:before="0"/>
        <w:ind w:left="432"/>
      </w:pPr>
      <w:r>
        <w:rPr>
          <w:sz w:val="19"/>
        </w:rPr>
        <w:t>16. Surat pernyataan tidak mengundurkan diri setelah ditetapkan sebagai Calon Kepala Desa bermeterai cukup;</w:t>
      </w:r>
    </w:p>
    <w:p>
      <w:pPr>
        <w:spacing w:after="30" w:before="0"/>
        <w:ind w:left="432"/>
      </w:pPr>
      <w:r>
        <w:rPr>
          <w:sz w:val="19"/>
        </w:rPr>
        <w:t>17. Berkas pendukung berupa fotokopi KTP-el warga sebanyak 401 orang tersebar di minimal 4 Dusun Desa Tetebatu Selatan;</w:t>
      </w:r>
    </w:p>
    <w:p>
      <w:pPr>
        <w:spacing w:after="30" w:before="0"/>
        <w:ind w:left="432"/>
      </w:pPr>
      <w:r>
        <w:rPr>
          <w:sz w:val="19"/>
        </w:rPr>
        <w:t>18. Surat pernyataan siap menerima dan mengakui hasil proses Pemilihan Kepala Desa bermeterai cukup.</w:t>
      </w:r>
    </w:p>
    <w:p>
      <w:pPr>
        <w:spacing w:before="120" w:line="276" w:lineRule="auto"/>
      </w:pPr>
      <w:r>
        <w:t>Demikian surat lamaran ini saya sampaikan dengan sebenar-benarnya dan penuh rasa tanggung jawab. Atas perhatian dan kesempatan yang diberikan oleh Panitia Pemilihan Kepala Desa, saya ucapkan terima kasih.</w:t>
      </w:r>
    </w:p>
    <w:p>
      <w:pPr>
        <w:spacing w:before="200"/>
        <w:jc w:val="right"/>
      </w:pPr>
      <w:r>
        <w:t>Hormat saya,</w:t>
        <w:br/>
        <w:t>Bakal Calon Kepala Desa,</w:t>
        <w:br/>
        <w:br/>
      </w:r>
      <w:r>
        <w:rPr>
          <w:color w:val="666666"/>
          <w:sz w:val="17"/>
        </w:rPr>
        <w:t>[Meterai Rp 10.000,-]</w:t>
        <w:br/>
        <w:t>(Tanda Tangan mengenai meterai)</w:t>
        <w:br/>
        <w:br/>
        <w:br/>
      </w:r>
      <w:r>
        <w:rPr>
          <w:b/>
          <w:sz w:val="21"/>
        </w:rPr>
        <w:t>( ZAENUL PADLI )</w:t>
        <w:br/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