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right"/>
      </w:pPr>
      <w:r>
        <w:rPr>
          <w:i/>
          <w:color w:val="666666"/>
          <w:sz w:val="17"/>
        </w:rPr>
        <w:t>Lampiran Berkas: Persyaratan Poin 3</w:t>
      </w:r>
    </w:p>
    <w:p>
      <w:pPr>
        <w:spacing w:before="80" w:after="240"/>
        <w:jc w:val="center"/>
      </w:pPr>
      <w:r>
        <w:rPr>
          <w:b/>
          <w:color w:val="1A365D"/>
          <w:sz w:val="22"/>
        </w:rPr>
        <w:t>SURAT PERNYATAAN BERTAKWA KEPADA TUHAN YANG MAHA ESA</w:t>
      </w:r>
    </w:p>
    <w:p>
      <w:pPr>
        <w:spacing w:after="80"/>
      </w:pPr>
      <w:r>
        <w:t>Yang bertanda tangan di bawah ini: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896"/>
        <w:gridCol w:w="4896"/>
      </w:tblGrid>
      <w:tr>
        <w:tc>
          <w:tcPr>
            <w:tcW w:type="dxa" w:w="3456"/>
          </w:tcPr>
          <w:p>
            <w:pPr>
              <w:spacing w:after="40"/>
            </w:pPr>
            <w:r>
              <w:rPr>
                <w:b/>
                <w:sz w:val="19"/>
              </w:rPr>
              <w:t>Nama Lengkap</w:t>
            </w:r>
          </w:p>
        </w:tc>
        <w:tc>
          <w:tcPr>
            <w:tcW w:type="dxa" w:w="6336"/>
          </w:tcPr>
          <w:p>
            <w:pPr>
              <w:spacing w:after="40"/>
            </w:pPr>
            <w:r>
              <w:rPr>
                <w:b/>
                <w:sz w:val="19"/>
              </w:rPr>
              <w:t>: ZAENUL PADLI</w:t>
            </w:r>
          </w:p>
        </w:tc>
      </w:tr>
      <w:tr>
        <w:tc>
          <w:tcPr>
            <w:tcW w:type="dxa" w:w="3456"/>
          </w:tcPr>
          <w:p>
            <w:pPr>
              <w:spacing w:after="40"/>
            </w:pPr>
            <w:r>
              <w:rPr>
                <w:b/>
                <w:sz w:val="19"/>
              </w:rPr>
              <w:t>Tempat / Tanggal Lahir</w:t>
            </w:r>
          </w:p>
        </w:tc>
        <w:tc>
          <w:tcPr>
            <w:tcW w:type="dxa" w:w="6336"/>
          </w:tcPr>
          <w:p>
            <w:pPr>
              <w:spacing w:after="40"/>
            </w:pPr>
            <w:r>
              <w:rPr>
                <w:sz w:val="19"/>
              </w:rPr>
              <w:t>: Lekong Pituk, 22 Desember 1974</w:t>
            </w:r>
          </w:p>
        </w:tc>
      </w:tr>
      <w:tr>
        <w:tc>
          <w:tcPr>
            <w:tcW w:type="dxa" w:w="3456"/>
          </w:tcPr>
          <w:p>
            <w:pPr>
              <w:spacing w:after="40"/>
            </w:pPr>
            <w:r>
              <w:rPr>
                <w:b/>
                <w:sz w:val="19"/>
              </w:rPr>
              <w:t>Nomor Induk Kependudukan (NIK)</w:t>
            </w:r>
          </w:p>
        </w:tc>
        <w:tc>
          <w:tcPr>
            <w:tcW w:type="dxa" w:w="6336"/>
          </w:tcPr>
          <w:p>
            <w:pPr>
              <w:spacing w:after="40"/>
            </w:pPr>
            <w:r>
              <w:rPr>
                <w:sz w:val="19"/>
              </w:rPr>
              <w:t>: 5203042212740001</w:t>
            </w:r>
          </w:p>
        </w:tc>
      </w:tr>
      <w:tr>
        <w:tc>
          <w:tcPr>
            <w:tcW w:type="dxa" w:w="3456"/>
          </w:tcPr>
          <w:p>
            <w:pPr>
              <w:spacing w:after="40"/>
            </w:pPr>
            <w:r>
              <w:rPr>
                <w:b/>
                <w:sz w:val="19"/>
              </w:rPr>
              <w:t>Jenis Kelamin</w:t>
            </w:r>
          </w:p>
        </w:tc>
        <w:tc>
          <w:tcPr>
            <w:tcW w:type="dxa" w:w="6336"/>
          </w:tcPr>
          <w:p>
            <w:pPr>
              <w:spacing w:after="40"/>
            </w:pPr>
            <w:r>
              <w:rPr>
                <w:sz w:val="19"/>
              </w:rPr>
              <w:t>: Laki-laki</w:t>
            </w:r>
          </w:p>
        </w:tc>
      </w:tr>
      <w:tr>
        <w:tc>
          <w:tcPr>
            <w:tcW w:type="dxa" w:w="3456"/>
          </w:tcPr>
          <w:p>
            <w:pPr>
              <w:spacing w:after="40"/>
            </w:pPr>
            <w:r>
              <w:rPr>
                <w:b/>
                <w:sz w:val="19"/>
              </w:rPr>
              <w:t>Agama</w:t>
            </w:r>
          </w:p>
        </w:tc>
        <w:tc>
          <w:tcPr>
            <w:tcW w:type="dxa" w:w="6336"/>
          </w:tcPr>
          <w:p>
            <w:pPr>
              <w:spacing w:after="40"/>
            </w:pPr>
            <w:r>
              <w:rPr>
                <w:sz w:val="19"/>
              </w:rPr>
              <w:t>: Islam</w:t>
            </w:r>
          </w:p>
        </w:tc>
      </w:tr>
      <w:tr>
        <w:tc>
          <w:tcPr>
            <w:tcW w:type="dxa" w:w="3456"/>
          </w:tcPr>
          <w:p>
            <w:pPr>
              <w:spacing w:after="40"/>
            </w:pPr>
            <w:r>
              <w:rPr>
                <w:b/>
                <w:sz w:val="19"/>
              </w:rPr>
              <w:t>Pekerjaan</w:t>
            </w:r>
          </w:p>
        </w:tc>
        <w:tc>
          <w:tcPr>
            <w:tcW w:type="dxa" w:w="6336"/>
          </w:tcPr>
          <w:p>
            <w:pPr>
              <w:spacing w:after="40"/>
            </w:pPr>
            <w:r>
              <w:rPr>
                <w:sz w:val="19"/>
              </w:rPr>
              <w:t>: Wiraswasta / Tokoh Masyarakat</w:t>
            </w:r>
          </w:p>
        </w:tc>
      </w:tr>
      <w:tr>
        <w:tc>
          <w:tcPr>
            <w:tcW w:type="dxa" w:w="3456"/>
          </w:tcPr>
          <w:p>
            <w:pPr>
              <w:spacing w:after="40"/>
            </w:pPr>
            <w:r>
              <w:rPr>
                <w:b/>
                <w:sz w:val="19"/>
              </w:rPr>
              <w:t>Alamat / Dusun</w:t>
            </w:r>
          </w:p>
        </w:tc>
        <w:tc>
          <w:tcPr>
            <w:tcW w:type="dxa" w:w="6336"/>
          </w:tcPr>
          <w:p>
            <w:pPr>
              <w:spacing w:after="40"/>
            </w:pPr>
            <w:r>
              <w:rPr>
                <w:sz w:val="19"/>
              </w:rPr>
              <w:t>: RT 04 RW 03 Dusun Orong Gerisak, Desa Tetebatu, Kec. Sikur</w:t>
            </w:r>
          </w:p>
        </w:tc>
      </w:tr>
    </w:tbl>
    <w:p>
      <w:pPr>
        <w:spacing w:before="160" w:after="80" w:line="276" w:lineRule="auto"/>
      </w:pPr>
      <w:r>
        <w:rPr>
          <w:sz w:val="20"/>
        </w:rPr>
        <w:t>Menyatakan dengan sesungguhnya dan dengan penuh kesadaran bahwa saya selaku Bakal Calon Kepala Desa Tetebatu Selatan Periode 2027 - 2035:</w:t>
        <w:br/>
      </w:r>
      <w:r>
        <w:rPr>
          <w:sz w:val="20"/>
        </w:rPr>
        <w:t>1. Bertakwa kepada Tuhan Yang Maha Esa dan menjalankan segala perintah serta menjauhi larangan-Nya sesuai dengan syariat agama Islam yang saya anut.</w:t>
        <w:br/>
      </w:r>
      <w:r>
        <w:rPr>
          <w:sz w:val="20"/>
        </w:rPr>
        <w:t>2. Menjunjung tinggi nilai-nilai moral, etika, budi pekerti luhur, dan kerukunan antarumat beragama di dalam kehidupan bermasyarakat, berbangsa, dan bernegara.</w:t>
        <w:br/>
      </w:r>
      <w:r>
        <w:rPr>
          <w:sz w:val="20"/>
        </w:rPr>
        <w:t>3. Menjadikan ketakwaan kepada Tuhan Yang Maha Esa sebagai landasan moral dan spiritual dalam mengemban amanah sebagai Kepala Desa Tetebatu Selatan apabila terpilih kelak.</w:t>
        <w:br/>
      </w:r>
    </w:p>
    <w:p>
      <w:pPr>
        <w:spacing w:before="120" w:line="276" w:lineRule="auto"/>
      </w:pPr>
      <w:r>
        <w:rPr>
          <w:sz w:val="19"/>
        </w:rPr>
        <w:t>Demikian surat pernyataan ini saya buat dengan sadar, sungguh-sungguh, tanpa ada paksaan atau tekanan dari pihak mana pun, dan bersedia mempertanggungjawabkannya secara hukum apabila di kemudian hari terbukti tidak benar.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896"/>
        <w:gridCol w:w="4896"/>
      </w:tblGrid>
      <w:tr>
        <w:tc>
          <w:tcPr>
            <w:tcW w:type="dxa" w:w="4608"/>
          </w:tcPr>
          <w:p>
            <w:pPr>
              <w:spacing w:before="600"/>
            </w:pPr>
            <w:r>
              <w:rPr>
                <w:i/>
                <w:color w:val="718096"/>
                <w:sz w:val="17"/>
              </w:rPr>
              <w:t>Catatan:</w:t>
              <w:br/>
              <w:t>- Diberi meterai Rp 10.000,-</w:t>
              <w:br/>
              <w:t>- Tanda tangan mengenai sebagian meterai</w:t>
            </w:r>
          </w:p>
        </w:tc>
        <w:tc>
          <w:tcPr>
            <w:tcW w:type="dxa" w:w="5184"/>
          </w:tcPr>
          <w:p>
            <w:pPr>
              <w:spacing w:line="264" w:lineRule="auto"/>
              <w:jc w:val="center"/>
            </w:pPr>
            <w:r>
              <w:rPr>
                <w:sz w:val="19"/>
              </w:rPr>
              <w:t>Tetebatu Selatan, .............................. 2026</w:t>
              <w:br/>
              <w:t>Yang membuat pernyataan,</w:t>
              <w:br/>
              <w:br/>
            </w:r>
            <w:r>
              <w:rPr>
                <w:color w:val="4A5568"/>
                <w:sz w:val="17"/>
              </w:rPr>
              <w:t>┌──────────────────┐</w:t>
              <w:br/>
              <w:t>│     METERAI      │</w:t>
              <w:br/>
              <w:t>│    Rp 10.000     │</w:t>
              <w:br/>
              <w:t>└──────────────────┘</w:t>
              <w:br/>
              <w:br/>
            </w:r>
            <w:r>
              <w:rPr>
                <w:b/>
                <w:sz w:val="20"/>
              </w:rPr>
              <w:t>( ZAENUL PADLI )</w:t>
              <w:br/>
            </w:r>
            <w:r>
              <w:rPr>
                <w:sz w:val="17"/>
              </w:rPr>
              <w:t>Bakal Calon Kepala Desa</w:t>
            </w:r>
          </w:p>
        </w:tc>
      </w:tr>
    </w:tbl>
    <w:p>
      <w:r>
        <w:br w:type="page"/>
      </w:r>
    </w:p>
    <w:p>
      <w:pPr>
        <w:spacing w:after="40"/>
        <w:jc w:val="right"/>
      </w:pPr>
      <w:r>
        <w:rPr>
          <w:i/>
          <w:color w:val="666666"/>
          <w:sz w:val="17"/>
        </w:rPr>
        <w:t>Lampiran Berkas: Persyaratan Poin 4</w:t>
      </w:r>
    </w:p>
    <w:p>
      <w:pPr>
        <w:spacing w:before="80" w:after="240"/>
        <w:jc w:val="center"/>
      </w:pPr>
      <w:r>
        <w:rPr>
          <w:b/>
          <w:color w:val="1A365D"/>
          <w:sz w:val="22"/>
        </w:rPr>
        <w:t>SURAT PERNYATAAN MEMEGANG TEGUH DAN MENGAMALKAN PANCASILA, UUD 1945, SERTA MEMPERTAHANKAN KEUTUHAN NKRI DAN BHINNEKA TUNGGAL IKA</w:t>
      </w:r>
    </w:p>
    <w:p>
      <w:pPr>
        <w:spacing w:after="80"/>
      </w:pPr>
      <w:r>
        <w:t>Yang bertanda tangan di bawah ini: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896"/>
        <w:gridCol w:w="4896"/>
      </w:tblGrid>
      <w:tr>
        <w:tc>
          <w:tcPr>
            <w:tcW w:type="dxa" w:w="3456"/>
          </w:tcPr>
          <w:p>
            <w:pPr>
              <w:spacing w:after="40"/>
            </w:pPr>
            <w:r>
              <w:rPr>
                <w:b/>
                <w:sz w:val="19"/>
              </w:rPr>
              <w:t>Nama Lengkap</w:t>
            </w:r>
          </w:p>
        </w:tc>
        <w:tc>
          <w:tcPr>
            <w:tcW w:type="dxa" w:w="6336"/>
          </w:tcPr>
          <w:p>
            <w:pPr>
              <w:spacing w:after="40"/>
            </w:pPr>
            <w:r>
              <w:rPr>
                <w:b/>
                <w:sz w:val="19"/>
              </w:rPr>
              <w:t>: ZAENUL PADLI</w:t>
            </w:r>
          </w:p>
        </w:tc>
      </w:tr>
      <w:tr>
        <w:tc>
          <w:tcPr>
            <w:tcW w:type="dxa" w:w="3456"/>
          </w:tcPr>
          <w:p>
            <w:pPr>
              <w:spacing w:after="40"/>
            </w:pPr>
            <w:r>
              <w:rPr>
                <w:b/>
                <w:sz w:val="19"/>
              </w:rPr>
              <w:t>Tempat / Tanggal Lahir</w:t>
            </w:r>
          </w:p>
        </w:tc>
        <w:tc>
          <w:tcPr>
            <w:tcW w:type="dxa" w:w="6336"/>
          </w:tcPr>
          <w:p>
            <w:pPr>
              <w:spacing w:after="40"/>
            </w:pPr>
            <w:r>
              <w:rPr>
                <w:sz w:val="19"/>
              </w:rPr>
              <w:t>: Lekong Pituk, 22 Desember 1974</w:t>
            </w:r>
          </w:p>
        </w:tc>
      </w:tr>
      <w:tr>
        <w:tc>
          <w:tcPr>
            <w:tcW w:type="dxa" w:w="3456"/>
          </w:tcPr>
          <w:p>
            <w:pPr>
              <w:spacing w:after="40"/>
            </w:pPr>
            <w:r>
              <w:rPr>
                <w:b/>
                <w:sz w:val="19"/>
              </w:rPr>
              <w:t>Nomor Induk Kependudukan (NIK)</w:t>
            </w:r>
          </w:p>
        </w:tc>
        <w:tc>
          <w:tcPr>
            <w:tcW w:type="dxa" w:w="6336"/>
          </w:tcPr>
          <w:p>
            <w:pPr>
              <w:spacing w:after="40"/>
            </w:pPr>
            <w:r>
              <w:rPr>
                <w:sz w:val="19"/>
              </w:rPr>
              <w:t>: 5203042212740001</w:t>
            </w:r>
          </w:p>
        </w:tc>
      </w:tr>
      <w:tr>
        <w:tc>
          <w:tcPr>
            <w:tcW w:type="dxa" w:w="3456"/>
          </w:tcPr>
          <w:p>
            <w:pPr>
              <w:spacing w:after="40"/>
            </w:pPr>
            <w:r>
              <w:rPr>
                <w:b/>
                <w:sz w:val="19"/>
              </w:rPr>
              <w:t>Jenis Kelamin</w:t>
            </w:r>
          </w:p>
        </w:tc>
        <w:tc>
          <w:tcPr>
            <w:tcW w:type="dxa" w:w="6336"/>
          </w:tcPr>
          <w:p>
            <w:pPr>
              <w:spacing w:after="40"/>
            </w:pPr>
            <w:r>
              <w:rPr>
                <w:sz w:val="19"/>
              </w:rPr>
              <w:t>: Laki-laki</w:t>
            </w:r>
          </w:p>
        </w:tc>
      </w:tr>
      <w:tr>
        <w:tc>
          <w:tcPr>
            <w:tcW w:type="dxa" w:w="3456"/>
          </w:tcPr>
          <w:p>
            <w:pPr>
              <w:spacing w:after="40"/>
            </w:pPr>
            <w:r>
              <w:rPr>
                <w:b/>
                <w:sz w:val="19"/>
              </w:rPr>
              <w:t>Agama</w:t>
            </w:r>
          </w:p>
        </w:tc>
        <w:tc>
          <w:tcPr>
            <w:tcW w:type="dxa" w:w="6336"/>
          </w:tcPr>
          <w:p>
            <w:pPr>
              <w:spacing w:after="40"/>
            </w:pPr>
            <w:r>
              <w:rPr>
                <w:sz w:val="19"/>
              </w:rPr>
              <w:t>: Islam</w:t>
            </w:r>
          </w:p>
        </w:tc>
      </w:tr>
      <w:tr>
        <w:tc>
          <w:tcPr>
            <w:tcW w:type="dxa" w:w="3456"/>
          </w:tcPr>
          <w:p>
            <w:pPr>
              <w:spacing w:after="40"/>
            </w:pPr>
            <w:r>
              <w:rPr>
                <w:b/>
                <w:sz w:val="19"/>
              </w:rPr>
              <w:t>Pekerjaan</w:t>
            </w:r>
          </w:p>
        </w:tc>
        <w:tc>
          <w:tcPr>
            <w:tcW w:type="dxa" w:w="6336"/>
          </w:tcPr>
          <w:p>
            <w:pPr>
              <w:spacing w:after="40"/>
            </w:pPr>
            <w:r>
              <w:rPr>
                <w:sz w:val="19"/>
              </w:rPr>
              <w:t>: Wiraswasta / Tokoh Masyarakat</w:t>
            </w:r>
          </w:p>
        </w:tc>
      </w:tr>
      <w:tr>
        <w:tc>
          <w:tcPr>
            <w:tcW w:type="dxa" w:w="3456"/>
          </w:tcPr>
          <w:p>
            <w:pPr>
              <w:spacing w:after="40"/>
            </w:pPr>
            <w:r>
              <w:rPr>
                <w:b/>
                <w:sz w:val="19"/>
              </w:rPr>
              <w:t>Alamat / Dusun</w:t>
            </w:r>
          </w:p>
        </w:tc>
        <w:tc>
          <w:tcPr>
            <w:tcW w:type="dxa" w:w="6336"/>
          </w:tcPr>
          <w:p>
            <w:pPr>
              <w:spacing w:after="40"/>
            </w:pPr>
            <w:r>
              <w:rPr>
                <w:sz w:val="19"/>
              </w:rPr>
              <w:t>: RT 04 RW 03 Dusun Orong Gerisak, Desa Tetebatu, Kec. Sikur</w:t>
            </w:r>
          </w:p>
        </w:tc>
      </w:tr>
    </w:tbl>
    <w:p>
      <w:pPr>
        <w:spacing w:before="160" w:after="80" w:line="276" w:lineRule="auto"/>
      </w:pPr>
      <w:r>
        <w:rPr>
          <w:sz w:val="20"/>
        </w:rPr>
        <w:t>Menyatakan dengan sesungguhnya bahwa saya:</w:t>
        <w:br/>
      </w:r>
      <w:r>
        <w:rPr>
          <w:sz w:val="20"/>
        </w:rPr>
        <w:t>1. Setia, memegang teguh, serta mengamalkan Pancasila sebagai Dasar Negara Republik Indonesia.</w:t>
        <w:br/>
      </w:r>
      <w:r>
        <w:rPr>
          <w:sz w:val="20"/>
        </w:rPr>
        <w:t>2. Melaksanakan dan tunduk patuh kepada Undang-Undang Dasar Negara Republik Indonesia Tahun 1945 beserta seluruh peraturan perundang-undangan yang berlaku.</w:t>
        <w:br/>
      </w:r>
      <w:r>
        <w:rPr>
          <w:sz w:val="20"/>
        </w:rPr>
        <w:t>3. Senantiasa mempertahankan keutuhan Negara Kesatuan Republik Indonesia (NKRI) dan menjunjung tinggi semboyan Bhinneka Tunggal Ika dalam penyelenggaraan pemerintahan desa dan kehidupan sosial kemasyarakatan.</w:t>
        <w:br/>
      </w:r>
    </w:p>
    <w:p>
      <w:pPr>
        <w:spacing w:before="120" w:line="276" w:lineRule="auto"/>
      </w:pPr>
      <w:r>
        <w:rPr>
          <w:sz w:val="19"/>
        </w:rPr>
        <w:t>Demikian surat pernyataan ini saya buat dengan sadar, sungguh-sungguh, tanpa ada paksaan atau tekanan dari pihak mana pun, dan bersedia mempertanggungjawabkannya secara hukum apabila di kemudian hari terbukti tidak benar.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896"/>
        <w:gridCol w:w="4896"/>
      </w:tblGrid>
      <w:tr>
        <w:tc>
          <w:tcPr>
            <w:tcW w:type="dxa" w:w="4608"/>
          </w:tcPr>
          <w:p>
            <w:pPr>
              <w:spacing w:before="600"/>
            </w:pPr>
            <w:r>
              <w:rPr>
                <w:i/>
                <w:color w:val="718096"/>
                <w:sz w:val="17"/>
              </w:rPr>
              <w:t>Catatan:</w:t>
              <w:br/>
              <w:t>- Diberi meterai Rp 10.000,-</w:t>
              <w:br/>
              <w:t>- Tanda tangan mengenai sebagian meterai</w:t>
            </w:r>
          </w:p>
        </w:tc>
        <w:tc>
          <w:tcPr>
            <w:tcW w:type="dxa" w:w="5184"/>
          </w:tcPr>
          <w:p>
            <w:pPr>
              <w:spacing w:line="264" w:lineRule="auto"/>
              <w:jc w:val="center"/>
            </w:pPr>
            <w:r>
              <w:rPr>
                <w:sz w:val="19"/>
              </w:rPr>
              <w:t>Tetebatu Selatan, .............................. 2026</w:t>
              <w:br/>
              <w:t>Yang membuat pernyataan,</w:t>
              <w:br/>
              <w:br/>
            </w:r>
            <w:r>
              <w:rPr>
                <w:color w:val="4A5568"/>
                <w:sz w:val="17"/>
              </w:rPr>
              <w:t>┌──────────────────┐</w:t>
              <w:br/>
              <w:t>│     METERAI      │</w:t>
              <w:br/>
              <w:t>│    Rp 10.000     │</w:t>
              <w:br/>
              <w:t>└──────────────────┘</w:t>
              <w:br/>
              <w:br/>
            </w:r>
            <w:r>
              <w:rPr>
                <w:b/>
                <w:sz w:val="20"/>
              </w:rPr>
              <w:t>( ZAENUL PADLI )</w:t>
              <w:br/>
            </w:r>
            <w:r>
              <w:rPr>
                <w:sz w:val="17"/>
              </w:rPr>
              <w:t>Bakal Calon Kepala Desa</w:t>
            </w:r>
          </w:p>
        </w:tc>
      </w:tr>
    </w:tbl>
    <w:p>
      <w:r>
        <w:br w:type="page"/>
      </w:r>
    </w:p>
    <w:p>
      <w:pPr>
        <w:spacing w:after="40"/>
        <w:jc w:val="right"/>
      </w:pPr>
      <w:r>
        <w:rPr>
          <w:i/>
          <w:color w:val="666666"/>
          <w:sz w:val="17"/>
        </w:rPr>
        <w:t>Lampiran Berkas: Persyaratan Poin 7</w:t>
      </w:r>
    </w:p>
    <w:p>
      <w:pPr>
        <w:spacing w:before="80" w:after="240"/>
        <w:jc w:val="center"/>
      </w:pPr>
      <w:r>
        <w:rPr>
          <w:b/>
          <w:color w:val="1A365D"/>
          <w:sz w:val="22"/>
        </w:rPr>
        <w:t>SURAT PERNYATAAN BERSEDIA DICALONKAN MENJADI KEPALA DESA</w:t>
      </w:r>
    </w:p>
    <w:p>
      <w:pPr>
        <w:spacing w:after="80"/>
      </w:pPr>
      <w:r>
        <w:t>Yang bertanda tangan di bawah ini: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896"/>
        <w:gridCol w:w="4896"/>
      </w:tblGrid>
      <w:tr>
        <w:tc>
          <w:tcPr>
            <w:tcW w:type="dxa" w:w="3456"/>
          </w:tcPr>
          <w:p>
            <w:pPr>
              <w:spacing w:after="40"/>
            </w:pPr>
            <w:r>
              <w:rPr>
                <w:b/>
                <w:sz w:val="19"/>
              </w:rPr>
              <w:t>Nama Lengkap</w:t>
            </w:r>
          </w:p>
        </w:tc>
        <w:tc>
          <w:tcPr>
            <w:tcW w:type="dxa" w:w="6336"/>
          </w:tcPr>
          <w:p>
            <w:pPr>
              <w:spacing w:after="40"/>
            </w:pPr>
            <w:r>
              <w:rPr>
                <w:b/>
                <w:sz w:val="19"/>
              </w:rPr>
              <w:t>: ZAENUL PADLI</w:t>
            </w:r>
          </w:p>
        </w:tc>
      </w:tr>
      <w:tr>
        <w:tc>
          <w:tcPr>
            <w:tcW w:type="dxa" w:w="3456"/>
          </w:tcPr>
          <w:p>
            <w:pPr>
              <w:spacing w:after="40"/>
            </w:pPr>
            <w:r>
              <w:rPr>
                <w:b/>
                <w:sz w:val="19"/>
              </w:rPr>
              <w:t>Tempat / Tanggal Lahir</w:t>
            </w:r>
          </w:p>
        </w:tc>
        <w:tc>
          <w:tcPr>
            <w:tcW w:type="dxa" w:w="6336"/>
          </w:tcPr>
          <w:p>
            <w:pPr>
              <w:spacing w:after="40"/>
            </w:pPr>
            <w:r>
              <w:rPr>
                <w:sz w:val="19"/>
              </w:rPr>
              <w:t>: Lekong Pituk, 22 Desember 1974</w:t>
            </w:r>
          </w:p>
        </w:tc>
      </w:tr>
      <w:tr>
        <w:tc>
          <w:tcPr>
            <w:tcW w:type="dxa" w:w="3456"/>
          </w:tcPr>
          <w:p>
            <w:pPr>
              <w:spacing w:after="40"/>
            </w:pPr>
            <w:r>
              <w:rPr>
                <w:b/>
                <w:sz w:val="19"/>
              </w:rPr>
              <w:t>Nomor Induk Kependudukan (NIK)</w:t>
            </w:r>
          </w:p>
        </w:tc>
        <w:tc>
          <w:tcPr>
            <w:tcW w:type="dxa" w:w="6336"/>
          </w:tcPr>
          <w:p>
            <w:pPr>
              <w:spacing w:after="40"/>
            </w:pPr>
            <w:r>
              <w:rPr>
                <w:sz w:val="19"/>
              </w:rPr>
              <w:t>: 5203042212740001</w:t>
            </w:r>
          </w:p>
        </w:tc>
      </w:tr>
      <w:tr>
        <w:tc>
          <w:tcPr>
            <w:tcW w:type="dxa" w:w="3456"/>
          </w:tcPr>
          <w:p>
            <w:pPr>
              <w:spacing w:after="40"/>
            </w:pPr>
            <w:r>
              <w:rPr>
                <w:b/>
                <w:sz w:val="19"/>
              </w:rPr>
              <w:t>Jenis Kelamin</w:t>
            </w:r>
          </w:p>
        </w:tc>
        <w:tc>
          <w:tcPr>
            <w:tcW w:type="dxa" w:w="6336"/>
          </w:tcPr>
          <w:p>
            <w:pPr>
              <w:spacing w:after="40"/>
            </w:pPr>
            <w:r>
              <w:rPr>
                <w:sz w:val="19"/>
              </w:rPr>
              <w:t>: Laki-laki</w:t>
            </w:r>
          </w:p>
        </w:tc>
      </w:tr>
      <w:tr>
        <w:tc>
          <w:tcPr>
            <w:tcW w:type="dxa" w:w="3456"/>
          </w:tcPr>
          <w:p>
            <w:pPr>
              <w:spacing w:after="40"/>
            </w:pPr>
            <w:r>
              <w:rPr>
                <w:b/>
                <w:sz w:val="19"/>
              </w:rPr>
              <w:t>Agama</w:t>
            </w:r>
          </w:p>
        </w:tc>
        <w:tc>
          <w:tcPr>
            <w:tcW w:type="dxa" w:w="6336"/>
          </w:tcPr>
          <w:p>
            <w:pPr>
              <w:spacing w:after="40"/>
            </w:pPr>
            <w:r>
              <w:rPr>
                <w:sz w:val="19"/>
              </w:rPr>
              <w:t>: Islam</w:t>
            </w:r>
          </w:p>
        </w:tc>
      </w:tr>
      <w:tr>
        <w:tc>
          <w:tcPr>
            <w:tcW w:type="dxa" w:w="3456"/>
          </w:tcPr>
          <w:p>
            <w:pPr>
              <w:spacing w:after="40"/>
            </w:pPr>
            <w:r>
              <w:rPr>
                <w:b/>
                <w:sz w:val="19"/>
              </w:rPr>
              <w:t>Pekerjaan</w:t>
            </w:r>
          </w:p>
        </w:tc>
        <w:tc>
          <w:tcPr>
            <w:tcW w:type="dxa" w:w="6336"/>
          </w:tcPr>
          <w:p>
            <w:pPr>
              <w:spacing w:after="40"/>
            </w:pPr>
            <w:r>
              <w:rPr>
                <w:sz w:val="19"/>
              </w:rPr>
              <w:t>: Wiraswasta / Tokoh Masyarakat</w:t>
            </w:r>
          </w:p>
        </w:tc>
      </w:tr>
      <w:tr>
        <w:tc>
          <w:tcPr>
            <w:tcW w:type="dxa" w:w="3456"/>
          </w:tcPr>
          <w:p>
            <w:pPr>
              <w:spacing w:after="40"/>
            </w:pPr>
            <w:r>
              <w:rPr>
                <w:b/>
                <w:sz w:val="19"/>
              </w:rPr>
              <w:t>Alamat / Dusun</w:t>
            </w:r>
          </w:p>
        </w:tc>
        <w:tc>
          <w:tcPr>
            <w:tcW w:type="dxa" w:w="6336"/>
          </w:tcPr>
          <w:p>
            <w:pPr>
              <w:spacing w:after="40"/>
            </w:pPr>
            <w:r>
              <w:rPr>
                <w:sz w:val="19"/>
              </w:rPr>
              <w:t>: RT 04 RW 03 Dusun Orong Gerisak, Desa Tetebatu, Kec. Sikur</w:t>
            </w:r>
          </w:p>
        </w:tc>
      </w:tr>
    </w:tbl>
    <w:p>
      <w:pPr>
        <w:spacing w:before="160" w:after="80" w:line="276" w:lineRule="auto"/>
      </w:pPr>
      <w:r>
        <w:rPr>
          <w:sz w:val="20"/>
        </w:rPr>
        <w:t>Menyatakan dengan sesungguhnya bahwa saya:</w:t>
        <w:br/>
      </w:r>
      <w:r>
        <w:rPr>
          <w:sz w:val="20"/>
        </w:rPr>
        <w:t>1. Dengan sukarela dan tanpa ada paksaan dari pihak mana pun menyatakan BERSEDIA DICALONKAN menjadi Kepala Desa Tetebatu Selatan, Kecamatan Sikur, Kabupaten Lombok Timur Periode 2027 - 2035.</w:t>
        <w:br/>
      </w:r>
      <w:r>
        <w:rPr>
          <w:sz w:val="20"/>
        </w:rPr>
        <w:t>2. Bersedia mengikuti seluruh rangkaian tahapan pemilihan kepala desa sesuai dengan peraturan perundang-undangan dan tata tertib yang telah ditetapkan oleh Panitia Pemilihan.</w:t>
        <w:br/>
      </w:r>
      <w:r>
        <w:rPr>
          <w:sz w:val="20"/>
        </w:rPr>
        <w:t>3. Apabila terpilih menjadi Kepala Desa Tetebatu Selatan, saya bersedia mengabdikan diri dan bekerja sepenuh waktu untuk kemajuan desa serta kesejahteraan seluruh masyarakat Desa Tetebatu Selatan.</w:t>
        <w:br/>
      </w:r>
    </w:p>
    <w:p>
      <w:pPr>
        <w:spacing w:before="120" w:line="276" w:lineRule="auto"/>
      </w:pPr>
      <w:r>
        <w:rPr>
          <w:sz w:val="19"/>
        </w:rPr>
        <w:t>Demikian surat pernyataan ini saya buat dengan sadar, sungguh-sungguh, tanpa ada paksaan atau tekanan dari pihak mana pun, dan bersedia mempertanggungjawabkannya secara hukum apabila di kemudian hari terbukti tidak benar.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896"/>
        <w:gridCol w:w="4896"/>
      </w:tblGrid>
      <w:tr>
        <w:tc>
          <w:tcPr>
            <w:tcW w:type="dxa" w:w="4608"/>
          </w:tcPr>
          <w:p>
            <w:pPr>
              <w:spacing w:before="600"/>
            </w:pPr>
            <w:r>
              <w:rPr>
                <w:i/>
                <w:color w:val="718096"/>
                <w:sz w:val="17"/>
              </w:rPr>
              <w:t>Catatan:</w:t>
              <w:br/>
              <w:t>- Diberi meterai Rp 10.000,-</w:t>
              <w:br/>
              <w:t>- Tanda tangan mengenai sebagian meterai</w:t>
            </w:r>
          </w:p>
        </w:tc>
        <w:tc>
          <w:tcPr>
            <w:tcW w:type="dxa" w:w="5184"/>
          </w:tcPr>
          <w:p>
            <w:pPr>
              <w:spacing w:line="264" w:lineRule="auto"/>
              <w:jc w:val="center"/>
            </w:pPr>
            <w:r>
              <w:rPr>
                <w:sz w:val="19"/>
              </w:rPr>
              <w:t>Tetebatu Selatan, .............................. 2026</w:t>
              <w:br/>
              <w:t>Yang membuat pernyataan,</w:t>
              <w:br/>
              <w:br/>
            </w:r>
            <w:r>
              <w:rPr>
                <w:color w:val="4A5568"/>
                <w:sz w:val="17"/>
              </w:rPr>
              <w:t>┌──────────────────┐</w:t>
              <w:br/>
              <w:t>│     METERAI      │</w:t>
              <w:br/>
              <w:t>│    Rp 10.000     │</w:t>
              <w:br/>
              <w:t>└──────────────────┘</w:t>
              <w:br/>
              <w:br/>
            </w:r>
            <w:r>
              <w:rPr>
                <w:b/>
                <w:sz w:val="20"/>
              </w:rPr>
              <w:t>( ZAENUL PADLI )</w:t>
              <w:br/>
            </w:r>
            <w:r>
              <w:rPr>
                <w:sz w:val="17"/>
              </w:rPr>
              <w:t>Bakal Calon Kepala Desa</w:t>
            </w:r>
          </w:p>
        </w:tc>
      </w:tr>
    </w:tbl>
    <w:p>
      <w:r>
        <w:br w:type="page"/>
      </w:r>
    </w:p>
    <w:p>
      <w:pPr>
        <w:spacing w:after="40"/>
        <w:jc w:val="right"/>
      </w:pPr>
      <w:r>
        <w:rPr>
          <w:i/>
          <w:color w:val="666666"/>
          <w:sz w:val="17"/>
        </w:rPr>
        <w:t>Lampiran Berkas: Persyaratan Poin 15</w:t>
      </w:r>
    </w:p>
    <w:p>
      <w:pPr>
        <w:spacing w:before="80" w:after="240"/>
        <w:jc w:val="center"/>
      </w:pPr>
      <w:r>
        <w:rPr>
          <w:b/>
          <w:color w:val="1A365D"/>
          <w:sz w:val="22"/>
        </w:rPr>
        <w:t>SURAT PERNYATAAN TIDAK PERNAH MENJABAT SEBAGAI KEPALA DESA SEBANYAK 3 (TIGA) PERIODE</w:t>
      </w:r>
    </w:p>
    <w:p>
      <w:pPr>
        <w:spacing w:after="80"/>
      </w:pPr>
      <w:r>
        <w:t>Yang bertanda tangan di bawah ini: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896"/>
        <w:gridCol w:w="4896"/>
      </w:tblGrid>
      <w:tr>
        <w:tc>
          <w:tcPr>
            <w:tcW w:type="dxa" w:w="3456"/>
          </w:tcPr>
          <w:p>
            <w:pPr>
              <w:spacing w:after="40"/>
            </w:pPr>
            <w:r>
              <w:rPr>
                <w:b/>
                <w:sz w:val="19"/>
              </w:rPr>
              <w:t>Nama Lengkap</w:t>
            </w:r>
          </w:p>
        </w:tc>
        <w:tc>
          <w:tcPr>
            <w:tcW w:type="dxa" w:w="6336"/>
          </w:tcPr>
          <w:p>
            <w:pPr>
              <w:spacing w:after="40"/>
            </w:pPr>
            <w:r>
              <w:rPr>
                <w:b/>
                <w:sz w:val="19"/>
              </w:rPr>
              <w:t>: ZAENUL PADLI</w:t>
            </w:r>
          </w:p>
        </w:tc>
      </w:tr>
      <w:tr>
        <w:tc>
          <w:tcPr>
            <w:tcW w:type="dxa" w:w="3456"/>
          </w:tcPr>
          <w:p>
            <w:pPr>
              <w:spacing w:after="40"/>
            </w:pPr>
            <w:r>
              <w:rPr>
                <w:b/>
                <w:sz w:val="19"/>
              </w:rPr>
              <w:t>Tempat / Tanggal Lahir</w:t>
            </w:r>
          </w:p>
        </w:tc>
        <w:tc>
          <w:tcPr>
            <w:tcW w:type="dxa" w:w="6336"/>
          </w:tcPr>
          <w:p>
            <w:pPr>
              <w:spacing w:after="40"/>
            </w:pPr>
            <w:r>
              <w:rPr>
                <w:sz w:val="19"/>
              </w:rPr>
              <w:t>: Lekong Pituk, 22 Desember 1974</w:t>
            </w:r>
          </w:p>
        </w:tc>
      </w:tr>
      <w:tr>
        <w:tc>
          <w:tcPr>
            <w:tcW w:type="dxa" w:w="3456"/>
          </w:tcPr>
          <w:p>
            <w:pPr>
              <w:spacing w:after="40"/>
            </w:pPr>
            <w:r>
              <w:rPr>
                <w:b/>
                <w:sz w:val="19"/>
              </w:rPr>
              <w:t>Nomor Induk Kependudukan (NIK)</w:t>
            </w:r>
          </w:p>
        </w:tc>
        <w:tc>
          <w:tcPr>
            <w:tcW w:type="dxa" w:w="6336"/>
          </w:tcPr>
          <w:p>
            <w:pPr>
              <w:spacing w:after="40"/>
            </w:pPr>
            <w:r>
              <w:rPr>
                <w:sz w:val="19"/>
              </w:rPr>
              <w:t>: 5203042212740001</w:t>
            </w:r>
          </w:p>
        </w:tc>
      </w:tr>
      <w:tr>
        <w:tc>
          <w:tcPr>
            <w:tcW w:type="dxa" w:w="3456"/>
          </w:tcPr>
          <w:p>
            <w:pPr>
              <w:spacing w:after="40"/>
            </w:pPr>
            <w:r>
              <w:rPr>
                <w:b/>
                <w:sz w:val="19"/>
              </w:rPr>
              <w:t>Jenis Kelamin</w:t>
            </w:r>
          </w:p>
        </w:tc>
        <w:tc>
          <w:tcPr>
            <w:tcW w:type="dxa" w:w="6336"/>
          </w:tcPr>
          <w:p>
            <w:pPr>
              <w:spacing w:after="40"/>
            </w:pPr>
            <w:r>
              <w:rPr>
                <w:sz w:val="19"/>
              </w:rPr>
              <w:t>: Laki-laki</w:t>
            </w:r>
          </w:p>
        </w:tc>
      </w:tr>
      <w:tr>
        <w:tc>
          <w:tcPr>
            <w:tcW w:type="dxa" w:w="3456"/>
          </w:tcPr>
          <w:p>
            <w:pPr>
              <w:spacing w:after="40"/>
            </w:pPr>
            <w:r>
              <w:rPr>
                <w:b/>
                <w:sz w:val="19"/>
              </w:rPr>
              <w:t>Agama</w:t>
            </w:r>
          </w:p>
        </w:tc>
        <w:tc>
          <w:tcPr>
            <w:tcW w:type="dxa" w:w="6336"/>
          </w:tcPr>
          <w:p>
            <w:pPr>
              <w:spacing w:after="40"/>
            </w:pPr>
            <w:r>
              <w:rPr>
                <w:sz w:val="19"/>
              </w:rPr>
              <w:t>: Islam</w:t>
            </w:r>
          </w:p>
        </w:tc>
      </w:tr>
      <w:tr>
        <w:tc>
          <w:tcPr>
            <w:tcW w:type="dxa" w:w="3456"/>
          </w:tcPr>
          <w:p>
            <w:pPr>
              <w:spacing w:after="40"/>
            </w:pPr>
            <w:r>
              <w:rPr>
                <w:b/>
                <w:sz w:val="19"/>
              </w:rPr>
              <w:t>Pekerjaan</w:t>
            </w:r>
          </w:p>
        </w:tc>
        <w:tc>
          <w:tcPr>
            <w:tcW w:type="dxa" w:w="6336"/>
          </w:tcPr>
          <w:p>
            <w:pPr>
              <w:spacing w:after="40"/>
            </w:pPr>
            <w:r>
              <w:rPr>
                <w:sz w:val="19"/>
              </w:rPr>
              <w:t>: Wiraswasta / Tokoh Masyarakat</w:t>
            </w:r>
          </w:p>
        </w:tc>
      </w:tr>
      <w:tr>
        <w:tc>
          <w:tcPr>
            <w:tcW w:type="dxa" w:w="3456"/>
          </w:tcPr>
          <w:p>
            <w:pPr>
              <w:spacing w:after="40"/>
            </w:pPr>
            <w:r>
              <w:rPr>
                <w:b/>
                <w:sz w:val="19"/>
              </w:rPr>
              <w:t>Alamat / Dusun</w:t>
            </w:r>
          </w:p>
        </w:tc>
        <w:tc>
          <w:tcPr>
            <w:tcW w:type="dxa" w:w="6336"/>
          </w:tcPr>
          <w:p>
            <w:pPr>
              <w:spacing w:after="40"/>
            </w:pPr>
            <w:r>
              <w:rPr>
                <w:sz w:val="19"/>
              </w:rPr>
              <w:t>: RT 04 RW 03 Dusun Orong Gerisak, Desa Tetebatu, Kec. Sikur</w:t>
            </w:r>
          </w:p>
        </w:tc>
      </w:tr>
    </w:tbl>
    <w:p>
      <w:pPr>
        <w:spacing w:before="160" w:after="80" w:line="276" w:lineRule="auto"/>
      </w:pPr>
      <w:r>
        <w:rPr>
          <w:sz w:val="20"/>
        </w:rPr>
        <w:t>Menyatakan dengan sesungguhnya bahwa sampai dengan saat pendaftaran ini dilakukan:</w:t>
        <w:br/>
      </w:r>
      <w:r>
        <w:rPr>
          <w:sz w:val="20"/>
        </w:rPr>
        <w:t>1. Saya TIDAK PERNAH menjabat sebagai Kepala Desa selama 3 (tiga) kali masa jabatan/periode, baik secara berturut-turut maupun tidak berturut-turut, di Desa Tetebatu Selatan maupun di desa lainnya di seluruh wilayah Negara Kesatuan Republik Indonesia.</w:t>
        <w:br/>
      </w:r>
      <w:r>
        <w:rPr>
          <w:sz w:val="20"/>
        </w:rPr>
        <w:t>2. Pernyataan ini saya buat sesuai dengan ketentuan perundang-undangan yang mengatur pembatasan periodisasi masa jabatan Kepala Desa.</w:t>
        <w:br/>
      </w:r>
      <w:r>
        <w:rPr>
          <w:sz w:val="20"/>
        </w:rPr>
        <w:t>3. Apabila di kemudian hari terbukti pernyataan saya ini tidak benar/palsu, saya bersedia didiskualifikasi dari pencalonan atau diberhentikan dari jabatan Kepala Desa serta dituntut sesuai hukum yang berlaku.</w:t>
        <w:br/>
      </w:r>
    </w:p>
    <w:p>
      <w:pPr>
        <w:spacing w:before="120" w:line="276" w:lineRule="auto"/>
      </w:pPr>
      <w:r>
        <w:rPr>
          <w:sz w:val="19"/>
        </w:rPr>
        <w:t>Demikian surat pernyataan ini saya buat dengan sadar, sungguh-sungguh, tanpa ada paksaan atau tekanan dari pihak mana pun, dan bersedia mempertanggungjawabkannya secara hukum apabila di kemudian hari terbukti tidak benar.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896"/>
        <w:gridCol w:w="4896"/>
      </w:tblGrid>
      <w:tr>
        <w:tc>
          <w:tcPr>
            <w:tcW w:type="dxa" w:w="4608"/>
          </w:tcPr>
          <w:p>
            <w:pPr>
              <w:spacing w:before="600"/>
            </w:pPr>
            <w:r>
              <w:rPr>
                <w:i/>
                <w:color w:val="718096"/>
                <w:sz w:val="17"/>
              </w:rPr>
              <w:t>Catatan:</w:t>
              <w:br/>
              <w:t>- Diberi meterai Rp 10.000,-</w:t>
              <w:br/>
              <w:t>- Tanda tangan mengenai sebagian meterai</w:t>
            </w:r>
          </w:p>
        </w:tc>
        <w:tc>
          <w:tcPr>
            <w:tcW w:type="dxa" w:w="5184"/>
          </w:tcPr>
          <w:p>
            <w:pPr>
              <w:spacing w:line="264" w:lineRule="auto"/>
              <w:jc w:val="center"/>
            </w:pPr>
            <w:r>
              <w:rPr>
                <w:sz w:val="19"/>
              </w:rPr>
              <w:t>Tetebatu Selatan, .............................. 2026</w:t>
              <w:br/>
              <w:t>Yang membuat pernyataan,</w:t>
              <w:br/>
              <w:br/>
            </w:r>
            <w:r>
              <w:rPr>
                <w:color w:val="4A5568"/>
                <w:sz w:val="17"/>
              </w:rPr>
              <w:t>┌──────────────────┐</w:t>
              <w:br/>
              <w:t>│     METERAI      │</w:t>
              <w:br/>
              <w:t>│    Rp 10.000     │</w:t>
              <w:br/>
              <w:t>└──────────────────┘</w:t>
              <w:br/>
              <w:br/>
            </w:r>
            <w:r>
              <w:rPr>
                <w:b/>
                <w:sz w:val="20"/>
              </w:rPr>
              <w:t>( ZAENUL PADLI )</w:t>
              <w:br/>
            </w:r>
            <w:r>
              <w:rPr>
                <w:sz w:val="17"/>
              </w:rPr>
              <w:t>Bakal Calon Kepala Desa</w:t>
            </w:r>
          </w:p>
        </w:tc>
      </w:tr>
    </w:tbl>
    <w:p>
      <w:r>
        <w:br w:type="page"/>
      </w:r>
    </w:p>
    <w:p>
      <w:pPr>
        <w:spacing w:after="40"/>
        <w:jc w:val="right"/>
      </w:pPr>
      <w:r>
        <w:rPr>
          <w:i/>
          <w:color w:val="666666"/>
          <w:sz w:val="17"/>
        </w:rPr>
        <w:t>Lampiran Berkas: Persyaratan Poin 16</w:t>
      </w:r>
    </w:p>
    <w:p>
      <w:pPr>
        <w:spacing w:before="80" w:after="240"/>
        <w:jc w:val="center"/>
      </w:pPr>
      <w:r>
        <w:rPr>
          <w:b/>
          <w:color w:val="1A365D"/>
          <w:sz w:val="22"/>
        </w:rPr>
        <w:t>SURAT PERNYATAAN BERSEDIA MENGGANTI SELURUH BIAYA PENYELENGGARAAN PEMILIHAN APABILA MENGUNDURKAN DIRI</w:t>
      </w:r>
    </w:p>
    <w:p>
      <w:pPr>
        <w:spacing w:after="80"/>
      </w:pPr>
      <w:r>
        <w:t>Yang bertanda tangan di bawah ini: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896"/>
        <w:gridCol w:w="4896"/>
      </w:tblGrid>
      <w:tr>
        <w:tc>
          <w:tcPr>
            <w:tcW w:type="dxa" w:w="3456"/>
          </w:tcPr>
          <w:p>
            <w:pPr>
              <w:spacing w:after="40"/>
            </w:pPr>
            <w:r>
              <w:rPr>
                <w:b/>
                <w:sz w:val="19"/>
              </w:rPr>
              <w:t>Nama Lengkap</w:t>
            </w:r>
          </w:p>
        </w:tc>
        <w:tc>
          <w:tcPr>
            <w:tcW w:type="dxa" w:w="6336"/>
          </w:tcPr>
          <w:p>
            <w:pPr>
              <w:spacing w:after="40"/>
            </w:pPr>
            <w:r>
              <w:rPr>
                <w:b/>
                <w:sz w:val="19"/>
              </w:rPr>
              <w:t>: ZAENUL PADLI</w:t>
            </w:r>
          </w:p>
        </w:tc>
      </w:tr>
      <w:tr>
        <w:tc>
          <w:tcPr>
            <w:tcW w:type="dxa" w:w="3456"/>
          </w:tcPr>
          <w:p>
            <w:pPr>
              <w:spacing w:after="40"/>
            </w:pPr>
            <w:r>
              <w:rPr>
                <w:b/>
                <w:sz w:val="19"/>
              </w:rPr>
              <w:t>Tempat / Tanggal Lahir</w:t>
            </w:r>
          </w:p>
        </w:tc>
        <w:tc>
          <w:tcPr>
            <w:tcW w:type="dxa" w:w="6336"/>
          </w:tcPr>
          <w:p>
            <w:pPr>
              <w:spacing w:after="40"/>
            </w:pPr>
            <w:r>
              <w:rPr>
                <w:sz w:val="19"/>
              </w:rPr>
              <w:t>: Lekong Pituk, 22 Desember 1974</w:t>
            </w:r>
          </w:p>
        </w:tc>
      </w:tr>
      <w:tr>
        <w:tc>
          <w:tcPr>
            <w:tcW w:type="dxa" w:w="3456"/>
          </w:tcPr>
          <w:p>
            <w:pPr>
              <w:spacing w:after="40"/>
            </w:pPr>
            <w:r>
              <w:rPr>
                <w:b/>
                <w:sz w:val="19"/>
              </w:rPr>
              <w:t>Nomor Induk Kependudukan (NIK)</w:t>
            </w:r>
          </w:p>
        </w:tc>
        <w:tc>
          <w:tcPr>
            <w:tcW w:type="dxa" w:w="6336"/>
          </w:tcPr>
          <w:p>
            <w:pPr>
              <w:spacing w:after="40"/>
            </w:pPr>
            <w:r>
              <w:rPr>
                <w:sz w:val="19"/>
              </w:rPr>
              <w:t>: 5203042212740001</w:t>
            </w:r>
          </w:p>
        </w:tc>
      </w:tr>
      <w:tr>
        <w:tc>
          <w:tcPr>
            <w:tcW w:type="dxa" w:w="3456"/>
          </w:tcPr>
          <w:p>
            <w:pPr>
              <w:spacing w:after="40"/>
            </w:pPr>
            <w:r>
              <w:rPr>
                <w:b/>
                <w:sz w:val="19"/>
              </w:rPr>
              <w:t>Jenis Kelamin</w:t>
            </w:r>
          </w:p>
        </w:tc>
        <w:tc>
          <w:tcPr>
            <w:tcW w:type="dxa" w:w="6336"/>
          </w:tcPr>
          <w:p>
            <w:pPr>
              <w:spacing w:after="40"/>
            </w:pPr>
            <w:r>
              <w:rPr>
                <w:sz w:val="19"/>
              </w:rPr>
              <w:t>: Laki-laki</w:t>
            </w:r>
          </w:p>
        </w:tc>
      </w:tr>
      <w:tr>
        <w:tc>
          <w:tcPr>
            <w:tcW w:type="dxa" w:w="3456"/>
          </w:tcPr>
          <w:p>
            <w:pPr>
              <w:spacing w:after="40"/>
            </w:pPr>
            <w:r>
              <w:rPr>
                <w:b/>
                <w:sz w:val="19"/>
              </w:rPr>
              <w:t>Agama</w:t>
            </w:r>
          </w:p>
        </w:tc>
        <w:tc>
          <w:tcPr>
            <w:tcW w:type="dxa" w:w="6336"/>
          </w:tcPr>
          <w:p>
            <w:pPr>
              <w:spacing w:after="40"/>
            </w:pPr>
            <w:r>
              <w:rPr>
                <w:sz w:val="19"/>
              </w:rPr>
              <w:t>: Islam</w:t>
            </w:r>
          </w:p>
        </w:tc>
      </w:tr>
      <w:tr>
        <w:tc>
          <w:tcPr>
            <w:tcW w:type="dxa" w:w="3456"/>
          </w:tcPr>
          <w:p>
            <w:pPr>
              <w:spacing w:after="40"/>
            </w:pPr>
            <w:r>
              <w:rPr>
                <w:b/>
                <w:sz w:val="19"/>
              </w:rPr>
              <w:t>Pekerjaan</w:t>
            </w:r>
          </w:p>
        </w:tc>
        <w:tc>
          <w:tcPr>
            <w:tcW w:type="dxa" w:w="6336"/>
          </w:tcPr>
          <w:p>
            <w:pPr>
              <w:spacing w:after="40"/>
            </w:pPr>
            <w:r>
              <w:rPr>
                <w:sz w:val="19"/>
              </w:rPr>
              <w:t>: Wiraswasta / Tokoh Masyarakat</w:t>
            </w:r>
          </w:p>
        </w:tc>
      </w:tr>
      <w:tr>
        <w:tc>
          <w:tcPr>
            <w:tcW w:type="dxa" w:w="3456"/>
          </w:tcPr>
          <w:p>
            <w:pPr>
              <w:spacing w:after="40"/>
            </w:pPr>
            <w:r>
              <w:rPr>
                <w:b/>
                <w:sz w:val="19"/>
              </w:rPr>
              <w:t>Alamat / Dusun</w:t>
            </w:r>
          </w:p>
        </w:tc>
        <w:tc>
          <w:tcPr>
            <w:tcW w:type="dxa" w:w="6336"/>
          </w:tcPr>
          <w:p>
            <w:pPr>
              <w:spacing w:after="40"/>
            </w:pPr>
            <w:r>
              <w:rPr>
                <w:sz w:val="19"/>
              </w:rPr>
              <w:t>: RT 04 RW 03 Dusun Orong Gerisak, Desa Tetebatu, Kec. Sikur</w:t>
            </w:r>
          </w:p>
        </w:tc>
      </w:tr>
    </w:tbl>
    <w:p>
      <w:pPr>
        <w:spacing w:before="160" w:after="80" w:line="276" w:lineRule="auto"/>
      </w:pPr>
      <w:r>
        <w:rPr>
          <w:sz w:val="20"/>
        </w:rPr>
        <w:t>Menyatakan dengan sesungguhnya bahwa dalam Pemilihan Kepala Desa Tetebatu Selatan Periode 2027 - 2035:</w:t>
        <w:br/>
      </w:r>
      <w:r>
        <w:rPr>
          <w:sz w:val="20"/>
        </w:rPr>
        <w:t>1. Apabila setelah saya mendaftarkan diri dan/atau ditetapkan secara resmi sebagai Calon Kepala Desa Tetebatu Selatan oleh Panitia Pemilihan kemudian saya mengundurkan diri dengan alasan apa pun;</w:t>
        <w:br/>
      </w:r>
      <w:r>
        <w:rPr>
          <w:sz w:val="20"/>
        </w:rPr>
        <w:t>2. Maka saya BERSEDIA DAN SANGGUP MENGGANTI SELURUH BIAYA yang telah dikeluarkan dalam proses penyelenggaraan Pemilihan Kepala Desa Tetebatu Selatan kepada Panitia Pemilihan/Pemerintah Desa sesuai dengan ketentuan dan rincian anggaran yang berlaku.</w:t>
        <w:br/>
      </w:r>
      <w:r>
        <w:rPr>
          <w:sz w:val="20"/>
        </w:rPr>
        <w:t>3. Kesanggupan ini saya buat tanpa paksaan dan mengikat secara hukum.</w:t>
        <w:br/>
      </w:r>
    </w:p>
    <w:p>
      <w:pPr>
        <w:spacing w:before="120" w:line="276" w:lineRule="auto"/>
      </w:pPr>
      <w:r>
        <w:rPr>
          <w:sz w:val="19"/>
        </w:rPr>
        <w:t>Demikian surat pernyataan ini saya buat dengan sadar, sungguh-sungguh, tanpa ada paksaan atau tekanan dari pihak mana pun, dan bersedia mempertanggungjawabkannya secara hukum apabila di kemudian hari terbukti tidak benar.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896"/>
        <w:gridCol w:w="4896"/>
      </w:tblGrid>
      <w:tr>
        <w:tc>
          <w:tcPr>
            <w:tcW w:type="dxa" w:w="4608"/>
          </w:tcPr>
          <w:p>
            <w:pPr>
              <w:spacing w:before="600"/>
            </w:pPr>
            <w:r>
              <w:rPr>
                <w:i/>
                <w:color w:val="718096"/>
                <w:sz w:val="17"/>
              </w:rPr>
              <w:t>Catatan:</w:t>
              <w:br/>
              <w:t>- Diberi meterai Rp 10.000,-</w:t>
              <w:br/>
              <w:t>- Tanda tangan mengenai sebagian meterai</w:t>
            </w:r>
          </w:p>
        </w:tc>
        <w:tc>
          <w:tcPr>
            <w:tcW w:type="dxa" w:w="5184"/>
          </w:tcPr>
          <w:p>
            <w:pPr>
              <w:spacing w:line="264" w:lineRule="auto"/>
              <w:jc w:val="center"/>
            </w:pPr>
            <w:r>
              <w:rPr>
                <w:sz w:val="19"/>
              </w:rPr>
              <w:t>Tetebatu Selatan, .............................. 2026</w:t>
              <w:br/>
              <w:t>Yang membuat pernyataan,</w:t>
              <w:br/>
              <w:br/>
            </w:r>
            <w:r>
              <w:rPr>
                <w:color w:val="4A5568"/>
                <w:sz w:val="17"/>
              </w:rPr>
              <w:t>┌──────────────────┐</w:t>
              <w:br/>
              <w:t>│     METERAI      │</w:t>
              <w:br/>
              <w:t>│    Rp 10.000     │</w:t>
              <w:br/>
              <w:t>└──────────────────┘</w:t>
              <w:br/>
              <w:br/>
            </w:r>
            <w:r>
              <w:rPr>
                <w:b/>
                <w:sz w:val="20"/>
              </w:rPr>
              <w:t>( ZAENUL PADLI )</w:t>
              <w:br/>
            </w:r>
            <w:r>
              <w:rPr>
                <w:sz w:val="17"/>
              </w:rPr>
              <w:t>Bakal Calon Kepala Desa</w:t>
            </w:r>
          </w:p>
        </w:tc>
      </w:tr>
    </w:tbl>
    <w:p>
      <w:r>
        <w:br w:type="page"/>
      </w:r>
    </w:p>
    <w:p>
      <w:pPr>
        <w:spacing w:after="40"/>
        <w:jc w:val="right"/>
      </w:pPr>
      <w:r>
        <w:rPr>
          <w:i/>
          <w:color w:val="666666"/>
          <w:sz w:val="17"/>
        </w:rPr>
        <w:t>Lampiran Berkas: Persyaratan Poin 17</w:t>
      </w:r>
    </w:p>
    <w:p>
      <w:pPr>
        <w:spacing w:before="80" w:after="240"/>
        <w:jc w:val="center"/>
      </w:pPr>
      <w:r>
        <w:rPr>
          <w:b/>
          <w:color w:val="1A365D"/>
          <w:sz w:val="22"/>
        </w:rPr>
        <w:t>SURAT PERNYATAAN TIDAK MENGUNDURKAN DIRI SETELAH DITETAPKAN SEBAGAI CALON KEPALA DESA</w:t>
      </w:r>
    </w:p>
    <w:p>
      <w:pPr>
        <w:spacing w:after="80"/>
      </w:pPr>
      <w:r>
        <w:t>Yang bertanda tangan di bawah ini: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896"/>
        <w:gridCol w:w="4896"/>
      </w:tblGrid>
      <w:tr>
        <w:tc>
          <w:tcPr>
            <w:tcW w:type="dxa" w:w="3456"/>
          </w:tcPr>
          <w:p>
            <w:pPr>
              <w:spacing w:after="40"/>
            </w:pPr>
            <w:r>
              <w:rPr>
                <w:b/>
                <w:sz w:val="19"/>
              </w:rPr>
              <w:t>Nama Lengkap</w:t>
            </w:r>
          </w:p>
        </w:tc>
        <w:tc>
          <w:tcPr>
            <w:tcW w:type="dxa" w:w="6336"/>
          </w:tcPr>
          <w:p>
            <w:pPr>
              <w:spacing w:after="40"/>
            </w:pPr>
            <w:r>
              <w:rPr>
                <w:b/>
                <w:sz w:val="19"/>
              </w:rPr>
              <w:t>: ZAENUL PADLI</w:t>
            </w:r>
          </w:p>
        </w:tc>
      </w:tr>
      <w:tr>
        <w:tc>
          <w:tcPr>
            <w:tcW w:type="dxa" w:w="3456"/>
          </w:tcPr>
          <w:p>
            <w:pPr>
              <w:spacing w:after="40"/>
            </w:pPr>
            <w:r>
              <w:rPr>
                <w:b/>
                <w:sz w:val="19"/>
              </w:rPr>
              <w:t>Tempat / Tanggal Lahir</w:t>
            </w:r>
          </w:p>
        </w:tc>
        <w:tc>
          <w:tcPr>
            <w:tcW w:type="dxa" w:w="6336"/>
          </w:tcPr>
          <w:p>
            <w:pPr>
              <w:spacing w:after="40"/>
            </w:pPr>
            <w:r>
              <w:rPr>
                <w:sz w:val="19"/>
              </w:rPr>
              <w:t>: Lekong Pituk, 22 Desember 1974</w:t>
            </w:r>
          </w:p>
        </w:tc>
      </w:tr>
      <w:tr>
        <w:tc>
          <w:tcPr>
            <w:tcW w:type="dxa" w:w="3456"/>
          </w:tcPr>
          <w:p>
            <w:pPr>
              <w:spacing w:after="40"/>
            </w:pPr>
            <w:r>
              <w:rPr>
                <w:b/>
                <w:sz w:val="19"/>
              </w:rPr>
              <w:t>Nomor Induk Kependudukan (NIK)</w:t>
            </w:r>
          </w:p>
        </w:tc>
        <w:tc>
          <w:tcPr>
            <w:tcW w:type="dxa" w:w="6336"/>
          </w:tcPr>
          <w:p>
            <w:pPr>
              <w:spacing w:after="40"/>
            </w:pPr>
            <w:r>
              <w:rPr>
                <w:sz w:val="19"/>
              </w:rPr>
              <w:t>: 5203042212740001</w:t>
            </w:r>
          </w:p>
        </w:tc>
      </w:tr>
      <w:tr>
        <w:tc>
          <w:tcPr>
            <w:tcW w:type="dxa" w:w="3456"/>
          </w:tcPr>
          <w:p>
            <w:pPr>
              <w:spacing w:after="40"/>
            </w:pPr>
            <w:r>
              <w:rPr>
                <w:b/>
                <w:sz w:val="19"/>
              </w:rPr>
              <w:t>Jenis Kelamin</w:t>
            </w:r>
          </w:p>
        </w:tc>
        <w:tc>
          <w:tcPr>
            <w:tcW w:type="dxa" w:w="6336"/>
          </w:tcPr>
          <w:p>
            <w:pPr>
              <w:spacing w:after="40"/>
            </w:pPr>
            <w:r>
              <w:rPr>
                <w:sz w:val="19"/>
              </w:rPr>
              <w:t>: Laki-laki</w:t>
            </w:r>
          </w:p>
        </w:tc>
      </w:tr>
      <w:tr>
        <w:tc>
          <w:tcPr>
            <w:tcW w:type="dxa" w:w="3456"/>
          </w:tcPr>
          <w:p>
            <w:pPr>
              <w:spacing w:after="40"/>
            </w:pPr>
            <w:r>
              <w:rPr>
                <w:b/>
                <w:sz w:val="19"/>
              </w:rPr>
              <w:t>Agama</w:t>
            </w:r>
          </w:p>
        </w:tc>
        <w:tc>
          <w:tcPr>
            <w:tcW w:type="dxa" w:w="6336"/>
          </w:tcPr>
          <w:p>
            <w:pPr>
              <w:spacing w:after="40"/>
            </w:pPr>
            <w:r>
              <w:rPr>
                <w:sz w:val="19"/>
              </w:rPr>
              <w:t>: Islam</w:t>
            </w:r>
          </w:p>
        </w:tc>
      </w:tr>
      <w:tr>
        <w:tc>
          <w:tcPr>
            <w:tcW w:type="dxa" w:w="3456"/>
          </w:tcPr>
          <w:p>
            <w:pPr>
              <w:spacing w:after="40"/>
            </w:pPr>
            <w:r>
              <w:rPr>
                <w:b/>
                <w:sz w:val="19"/>
              </w:rPr>
              <w:t>Pekerjaan</w:t>
            </w:r>
          </w:p>
        </w:tc>
        <w:tc>
          <w:tcPr>
            <w:tcW w:type="dxa" w:w="6336"/>
          </w:tcPr>
          <w:p>
            <w:pPr>
              <w:spacing w:after="40"/>
            </w:pPr>
            <w:r>
              <w:rPr>
                <w:sz w:val="19"/>
              </w:rPr>
              <w:t>: Wiraswasta / Tokoh Masyarakat</w:t>
            </w:r>
          </w:p>
        </w:tc>
      </w:tr>
      <w:tr>
        <w:tc>
          <w:tcPr>
            <w:tcW w:type="dxa" w:w="3456"/>
          </w:tcPr>
          <w:p>
            <w:pPr>
              <w:spacing w:after="40"/>
            </w:pPr>
            <w:r>
              <w:rPr>
                <w:b/>
                <w:sz w:val="19"/>
              </w:rPr>
              <w:t>Alamat / Dusun</w:t>
            </w:r>
          </w:p>
        </w:tc>
        <w:tc>
          <w:tcPr>
            <w:tcW w:type="dxa" w:w="6336"/>
          </w:tcPr>
          <w:p>
            <w:pPr>
              <w:spacing w:after="40"/>
            </w:pPr>
            <w:r>
              <w:rPr>
                <w:sz w:val="19"/>
              </w:rPr>
              <w:t>: RT 04 RW 03 Dusun Orong Gerisak, Desa Tetebatu, Kec. Sikur</w:t>
            </w:r>
          </w:p>
        </w:tc>
      </w:tr>
    </w:tbl>
    <w:p>
      <w:pPr>
        <w:spacing w:before="160" w:after="80" w:line="276" w:lineRule="auto"/>
      </w:pPr>
      <w:r>
        <w:rPr>
          <w:sz w:val="20"/>
        </w:rPr>
        <w:t>Menyatakan dengan sesungguhnya bahwa dalam Pemilihan Kepala Desa Tetebatu Selatan Periode 2027 - 2035:</w:t>
        <w:br/>
      </w:r>
      <w:r>
        <w:rPr>
          <w:sz w:val="20"/>
        </w:rPr>
        <w:t>1. Saya TIDAK AKAN MENGUNDURKAN DIRI setelah secara resmi ditetapkan sebagai Calon Kepala Desa Tetebatu Selatan oleh Panitia Pemilihan Kepala Desa.</w:t>
        <w:br/>
      </w:r>
      <w:r>
        <w:rPr>
          <w:sz w:val="20"/>
        </w:rPr>
        <w:t>2. Saya berkomitmen penuh untuk tetap mengikuti seluruh tahapan pelaksanaan Pemilihan Kepala Desa Tetebatu Selatan sampai dengan selesai dan tuntas.</w:t>
        <w:br/>
      </w:r>
      <w:r>
        <w:rPr>
          <w:sz w:val="20"/>
        </w:rPr>
        <w:t>3. Pernyataan ini dibuat dengan penuh rasa tanggung jawab demi menjamin kelancaran, keamanan, dan ketertiban proses demokrasi di Desa Tetebatu Selatan.</w:t>
        <w:br/>
      </w:r>
    </w:p>
    <w:p>
      <w:pPr>
        <w:spacing w:before="120" w:line="276" w:lineRule="auto"/>
      </w:pPr>
      <w:r>
        <w:rPr>
          <w:sz w:val="19"/>
        </w:rPr>
        <w:t>Demikian surat pernyataan ini saya buat dengan sadar, sungguh-sungguh, tanpa ada paksaan atau tekanan dari pihak mana pun, dan bersedia mempertanggungjawabkannya secara hukum apabila di kemudian hari terbukti tidak benar.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896"/>
        <w:gridCol w:w="4896"/>
      </w:tblGrid>
      <w:tr>
        <w:tc>
          <w:tcPr>
            <w:tcW w:type="dxa" w:w="4608"/>
          </w:tcPr>
          <w:p>
            <w:pPr>
              <w:spacing w:before="600"/>
            </w:pPr>
            <w:r>
              <w:rPr>
                <w:i/>
                <w:color w:val="718096"/>
                <w:sz w:val="17"/>
              </w:rPr>
              <w:t>Catatan:</w:t>
              <w:br/>
              <w:t>- Diberi meterai Rp 10.000,-</w:t>
              <w:br/>
              <w:t>- Tanda tangan mengenai sebagian meterai</w:t>
            </w:r>
          </w:p>
        </w:tc>
        <w:tc>
          <w:tcPr>
            <w:tcW w:type="dxa" w:w="5184"/>
          </w:tcPr>
          <w:p>
            <w:pPr>
              <w:spacing w:line="264" w:lineRule="auto"/>
              <w:jc w:val="center"/>
            </w:pPr>
            <w:r>
              <w:rPr>
                <w:sz w:val="19"/>
              </w:rPr>
              <w:t>Tetebatu Selatan, .............................. 2026</w:t>
              <w:br/>
              <w:t>Yang membuat pernyataan,</w:t>
              <w:br/>
              <w:br/>
            </w:r>
            <w:r>
              <w:rPr>
                <w:color w:val="4A5568"/>
                <w:sz w:val="17"/>
              </w:rPr>
              <w:t>┌──────────────────┐</w:t>
              <w:br/>
              <w:t>│     METERAI      │</w:t>
              <w:br/>
              <w:t>│    Rp 10.000     │</w:t>
              <w:br/>
              <w:t>└──────────────────┘</w:t>
              <w:br/>
              <w:br/>
            </w:r>
            <w:r>
              <w:rPr>
                <w:b/>
                <w:sz w:val="20"/>
              </w:rPr>
              <w:t>( ZAENUL PADLI )</w:t>
              <w:br/>
            </w:r>
            <w:r>
              <w:rPr>
                <w:sz w:val="17"/>
              </w:rPr>
              <w:t>Bakal Calon Kepala Desa</w:t>
            </w:r>
          </w:p>
        </w:tc>
      </w:tr>
    </w:tbl>
    <w:p>
      <w:r>
        <w:br w:type="page"/>
      </w:r>
    </w:p>
    <w:p>
      <w:pPr>
        <w:spacing w:after="40"/>
        <w:jc w:val="right"/>
      </w:pPr>
      <w:r>
        <w:rPr>
          <w:i/>
          <w:color w:val="666666"/>
          <w:sz w:val="17"/>
        </w:rPr>
        <w:t>Lampiran Berkas: Persyaratan Poin 19</w:t>
      </w:r>
    </w:p>
    <w:p>
      <w:pPr>
        <w:spacing w:before="80" w:after="240"/>
        <w:jc w:val="center"/>
      </w:pPr>
      <w:r>
        <w:rPr>
          <w:b/>
          <w:color w:val="1A365D"/>
          <w:sz w:val="22"/>
        </w:rPr>
        <w:t>SURAT PERNYATAAN SIAP MENERIMA DAN MENGAKUI HASIL PROSES PEMILIHAN KEPALA DESA</w:t>
      </w:r>
    </w:p>
    <w:p>
      <w:pPr>
        <w:spacing w:after="80"/>
      </w:pPr>
      <w:r>
        <w:t>Yang bertanda tangan di bawah ini: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896"/>
        <w:gridCol w:w="4896"/>
      </w:tblGrid>
      <w:tr>
        <w:tc>
          <w:tcPr>
            <w:tcW w:type="dxa" w:w="3456"/>
          </w:tcPr>
          <w:p>
            <w:pPr>
              <w:spacing w:after="40"/>
            </w:pPr>
            <w:r>
              <w:rPr>
                <w:b/>
                <w:sz w:val="19"/>
              </w:rPr>
              <w:t>Nama Lengkap</w:t>
            </w:r>
          </w:p>
        </w:tc>
        <w:tc>
          <w:tcPr>
            <w:tcW w:type="dxa" w:w="6336"/>
          </w:tcPr>
          <w:p>
            <w:pPr>
              <w:spacing w:after="40"/>
            </w:pPr>
            <w:r>
              <w:rPr>
                <w:b/>
                <w:sz w:val="19"/>
              </w:rPr>
              <w:t>: ZAENUL PADLI</w:t>
            </w:r>
          </w:p>
        </w:tc>
      </w:tr>
      <w:tr>
        <w:tc>
          <w:tcPr>
            <w:tcW w:type="dxa" w:w="3456"/>
          </w:tcPr>
          <w:p>
            <w:pPr>
              <w:spacing w:after="40"/>
            </w:pPr>
            <w:r>
              <w:rPr>
                <w:b/>
                <w:sz w:val="19"/>
              </w:rPr>
              <w:t>Tempat / Tanggal Lahir</w:t>
            </w:r>
          </w:p>
        </w:tc>
        <w:tc>
          <w:tcPr>
            <w:tcW w:type="dxa" w:w="6336"/>
          </w:tcPr>
          <w:p>
            <w:pPr>
              <w:spacing w:after="40"/>
            </w:pPr>
            <w:r>
              <w:rPr>
                <w:sz w:val="19"/>
              </w:rPr>
              <w:t>: Lekong Pituk, 22 Desember 1974</w:t>
            </w:r>
          </w:p>
        </w:tc>
      </w:tr>
      <w:tr>
        <w:tc>
          <w:tcPr>
            <w:tcW w:type="dxa" w:w="3456"/>
          </w:tcPr>
          <w:p>
            <w:pPr>
              <w:spacing w:after="40"/>
            </w:pPr>
            <w:r>
              <w:rPr>
                <w:b/>
                <w:sz w:val="19"/>
              </w:rPr>
              <w:t>Nomor Induk Kependudukan (NIK)</w:t>
            </w:r>
          </w:p>
        </w:tc>
        <w:tc>
          <w:tcPr>
            <w:tcW w:type="dxa" w:w="6336"/>
          </w:tcPr>
          <w:p>
            <w:pPr>
              <w:spacing w:after="40"/>
            </w:pPr>
            <w:r>
              <w:rPr>
                <w:sz w:val="19"/>
              </w:rPr>
              <w:t>: 5203042212740001</w:t>
            </w:r>
          </w:p>
        </w:tc>
      </w:tr>
      <w:tr>
        <w:tc>
          <w:tcPr>
            <w:tcW w:type="dxa" w:w="3456"/>
          </w:tcPr>
          <w:p>
            <w:pPr>
              <w:spacing w:after="40"/>
            </w:pPr>
            <w:r>
              <w:rPr>
                <w:b/>
                <w:sz w:val="19"/>
              </w:rPr>
              <w:t>Jenis Kelamin</w:t>
            </w:r>
          </w:p>
        </w:tc>
        <w:tc>
          <w:tcPr>
            <w:tcW w:type="dxa" w:w="6336"/>
          </w:tcPr>
          <w:p>
            <w:pPr>
              <w:spacing w:after="40"/>
            </w:pPr>
            <w:r>
              <w:rPr>
                <w:sz w:val="19"/>
              </w:rPr>
              <w:t>: Laki-laki</w:t>
            </w:r>
          </w:p>
        </w:tc>
      </w:tr>
      <w:tr>
        <w:tc>
          <w:tcPr>
            <w:tcW w:type="dxa" w:w="3456"/>
          </w:tcPr>
          <w:p>
            <w:pPr>
              <w:spacing w:after="40"/>
            </w:pPr>
            <w:r>
              <w:rPr>
                <w:b/>
                <w:sz w:val="19"/>
              </w:rPr>
              <w:t>Agama</w:t>
            </w:r>
          </w:p>
        </w:tc>
        <w:tc>
          <w:tcPr>
            <w:tcW w:type="dxa" w:w="6336"/>
          </w:tcPr>
          <w:p>
            <w:pPr>
              <w:spacing w:after="40"/>
            </w:pPr>
            <w:r>
              <w:rPr>
                <w:sz w:val="19"/>
              </w:rPr>
              <w:t>: Islam</w:t>
            </w:r>
          </w:p>
        </w:tc>
      </w:tr>
      <w:tr>
        <w:tc>
          <w:tcPr>
            <w:tcW w:type="dxa" w:w="3456"/>
          </w:tcPr>
          <w:p>
            <w:pPr>
              <w:spacing w:after="40"/>
            </w:pPr>
            <w:r>
              <w:rPr>
                <w:b/>
                <w:sz w:val="19"/>
              </w:rPr>
              <w:t>Pekerjaan</w:t>
            </w:r>
          </w:p>
        </w:tc>
        <w:tc>
          <w:tcPr>
            <w:tcW w:type="dxa" w:w="6336"/>
          </w:tcPr>
          <w:p>
            <w:pPr>
              <w:spacing w:after="40"/>
            </w:pPr>
            <w:r>
              <w:rPr>
                <w:sz w:val="19"/>
              </w:rPr>
              <w:t>: Wiraswasta / Tokoh Masyarakat</w:t>
            </w:r>
          </w:p>
        </w:tc>
      </w:tr>
      <w:tr>
        <w:tc>
          <w:tcPr>
            <w:tcW w:type="dxa" w:w="3456"/>
          </w:tcPr>
          <w:p>
            <w:pPr>
              <w:spacing w:after="40"/>
            </w:pPr>
            <w:r>
              <w:rPr>
                <w:b/>
                <w:sz w:val="19"/>
              </w:rPr>
              <w:t>Alamat / Dusun</w:t>
            </w:r>
          </w:p>
        </w:tc>
        <w:tc>
          <w:tcPr>
            <w:tcW w:type="dxa" w:w="6336"/>
          </w:tcPr>
          <w:p>
            <w:pPr>
              <w:spacing w:after="40"/>
            </w:pPr>
            <w:r>
              <w:rPr>
                <w:sz w:val="19"/>
              </w:rPr>
              <w:t>: RT 04 RW 03 Dusun Orong Gerisak, Desa Tetebatu, Kec. Sikur</w:t>
            </w:r>
          </w:p>
        </w:tc>
      </w:tr>
    </w:tbl>
    <w:p>
      <w:pPr>
        <w:spacing w:before="160" w:after="80" w:line="276" w:lineRule="auto"/>
      </w:pPr>
      <w:r>
        <w:rPr>
          <w:sz w:val="20"/>
        </w:rPr>
        <w:t>Menyatakan dengan sesungguhnya bahwa dalam pelaksanaan Pemilihan Kepala Desa Tetebatu Selatan Periode 2027 - 2035:</w:t>
        <w:br/>
      </w:r>
      <w:r>
        <w:rPr>
          <w:sz w:val="20"/>
        </w:rPr>
        <w:t>1. Saya bertekad dan berkomitmen untuk senantiasa menciptakan iklim yang aman, damai, tertib, dan kondusif bersama seluruh tim dan pendukung saya.</w:t>
        <w:br/>
      </w:r>
      <w:r>
        <w:rPr>
          <w:sz w:val="20"/>
        </w:rPr>
        <w:t>2. Saya SIAP MENERIMA, MENGHORMATI, DAN MENGAKUI APA PUN HASIL yang ditetapkan secara sah oleh Panitia Pemilihan Kepala Desa Tetebatu Selatan, baik terpilih maupun tidak terpilih (Siap Menang dan Siap Kalah).</w:t>
        <w:br/>
      </w:r>
      <w:r>
        <w:rPr>
          <w:sz w:val="20"/>
        </w:rPr>
        <w:t>3. Tidak akan melakukan tindakan yang melanggar hukum, anarkis, atau memprovokasi massa yang dapat mengganggu stabilitas dan ketenteraman masyarakat Desa Tetebatu Selatan.</w:t>
        <w:br/>
      </w:r>
    </w:p>
    <w:p>
      <w:pPr>
        <w:spacing w:before="120" w:line="276" w:lineRule="auto"/>
      </w:pPr>
      <w:r>
        <w:rPr>
          <w:sz w:val="19"/>
        </w:rPr>
        <w:t>Demikian surat pernyataan ini saya buat dengan sadar, sungguh-sungguh, tanpa ada paksaan atau tekanan dari pihak mana pun, dan bersedia mempertanggungjawabkannya secara hukum apabila di kemudian hari terbukti tidak benar.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896"/>
        <w:gridCol w:w="4896"/>
      </w:tblGrid>
      <w:tr>
        <w:tc>
          <w:tcPr>
            <w:tcW w:type="dxa" w:w="4608"/>
          </w:tcPr>
          <w:p>
            <w:pPr>
              <w:spacing w:before="600"/>
            </w:pPr>
            <w:r>
              <w:rPr>
                <w:i/>
                <w:color w:val="718096"/>
                <w:sz w:val="17"/>
              </w:rPr>
              <w:t>Catatan:</w:t>
              <w:br/>
              <w:t>- Diberi meterai Rp 10.000,-</w:t>
              <w:br/>
              <w:t>- Tanda tangan mengenai sebagian meterai</w:t>
            </w:r>
          </w:p>
        </w:tc>
        <w:tc>
          <w:tcPr>
            <w:tcW w:type="dxa" w:w="5184"/>
          </w:tcPr>
          <w:p>
            <w:pPr>
              <w:spacing w:line="264" w:lineRule="auto"/>
              <w:jc w:val="center"/>
            </w:pPr>
            <w:r>
              <w:rPr>
                <w:sz w:val="19"/>
              </w:rPr>
              <w:t>Tetebatu Selatan, .............................. 2026</w:t>
              <w:br/>
              <w:t>Yang membuat pernyataan,</w:t>
              <w:br/>
              <w:br/>
            </w:r>
            <w:r>
              <w:rPr>
                <w:color w:val="4A5568"/>
                <w:sz w:val="17"/>
              </w:rPr>
              <w:t>┌──────────────────┐</w:t>
              <w:br/>
              <w:t>│     METERAI      │</w:t>
              <w:br/>
              <w:t>│    Rp 10.000     │</w:t>
              <w:br/>
              <w:t>└──────────────────┘</w:t>
              <w:br/>
              <w:br/>
            </w:r>
            <w:r>
              <w:rPr>
                <w:b/>
                <w:sz w:val="20"/>
              </w:rPr>
              <w:t>( ZAENUL PADLI )</w:t>
              <w:br/>
            </w:r>
            <w:r>
              <w:rPr>
                <w:sz w:val="17"/>
              </w:rPr>
              <w:t>Bakal Calon Kepala Desa</w:t>
            </w:r>
          </w:p>
        </w:tc>
      </w:tr>
    </w:tbl>
    <w:sectPr w:rsidR="00FC693F" w:rsidRPr="0006063C" w:rsidSect="00034616">
      <w:pgSz w:w="12240" w:h="15840"/>
      <w:pgMar w:top="1152" w:right="1224" w:bottom="1152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