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7344"/>
          </w:tcPr>
          <w:p>
            <w:r>
              <w:rPr>
                <w:b/>
                <w:color w:val="1A365D"/>
                <w:sz w:val="26"/>
              </w:rPr>
              <w:t>DAFTAR RIWAYAT HIDUP</w:t>
              <w:br/>
            </w:r>
            <w:r>
              <w:rPr>
                <w:b/>
                <w:color w:val="2B6CB0"/>
                <w:sz w:val="22"/>
              </w:rPr>
              <w:t>BAKAL CALON KEPALA DESA TETEBATU SELATAN</w:t>
              <w:br/>
            </w:r>
            <w:r>
              <w:rPr>
                <w:b/>
                <w:sz w:val="19"/>
              </w:rPr>
              <w:t>KECAMATAN SIKUR, KABUPATEN LOMBOK TIMUR PERIODE 2027 - 2035</w:t>
            </w:r>
          </w:p>
        </w:tc>
        <w:tc>
          <w:tcPr>
            <w:tcW w:type="dxa" w:w="244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716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sfot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1A365D"/>
          </w:tcPr>
          <w:p>
            <w:pPr>
              <w:spacing w:before="50" w:after="50"/>
            </w:pPr>
            <w:r>
              <w:rPr>
                <w:b/>
                <w:color w:val="FFFFFF"/>
                <w:sz w:val="19"/>
              </w:rPr>
              <w:t>I. DATA PRIBADI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456"/>
          </w:tcPr>
          <w:p>
            <w:pPr>
              <w:spacing w:after="30"/>
            </w:pPr>
            <w:r>
              <w:rPr>
                <w:b/>
                <w:sz w:val="19"/>
              </w:rPr>
              <w:t>Nama Lengkap</w:t>
            </w:r>
          </w:p>
        </w:tc>
        <w:tc>
          <w:tcPr>
            <w:tcW w:type="dxa" w:w="6336"/>
          </w:tcPr>
          <w:p>
            <w:pPr>
              <w:spacing w:after="30"/>
            </w:pPr>
            <w:r>
              <w:rPr>
                <w:b/>
                <w:sz w:val="19"/>
              </w:rPr>
              <w:t>: ZAENUL PADLI</w:t>
            </w:r>
          </w:p>
        </w:tc>
      </w:tr>
      <w:tr>
        <w:tc>
          <w:tcPr>
            <w:tcW w:type="dxa" w:w="3456"/>
          </w:tcPr>
          <w:p>
            <w:pPr>
              <w:spacing w:after="30"/>
            </w:pPr>
            <w:r>
              <w:rPr>
                <w:b/>
                <w:sz w:val="19"/>
              </w:rPr>
              <w:t>Nomor Induk Kependudukan (NIK)</w:t>
            </w:r>
          </w:p>
        </w:tc>
        <w:tc>
          <w:tcPr>
            <w:tcW w:type="dxa" w:w="6336"/>
          </w:tcPr>
          <w:p>
            <w:pPr>
              <w:spacing w:after="30"/>
            </w:pPr>
            <w:r>
              <w:rPr>
                <w:sz w:val="19"/>
              </w:rPr>
              <w:t>: 5203042212740001</w:t>
            </w:r>
          </w:p>
        </w:tc>
      </w:tr>
      <w:tr>
        <w:tc>
          <w:tcPr>
            <w:tcW w:type="dxa" w:w="3456"/>
          </w:tcPr>
          <w:p>
            <w:pPr>
              <w:spacing w:after="30"/>
            </w:pPr>
            <w:r>
              <w:rPr>
                <w:b/>
                <w:sz w:val="19"/>
              </w:rPr>
              <w:t>Tempat, Tanggal Lahir</w:t>
            </w:r>
          </w:p>
        </w:tc>
        <w:tc>
          <w:tcPr>
            <w:tcW w:type="dxa" w:w="6336"/>
          </w:tcPr>
          <w:p>
            <w:pPr>
              <w:spacing w:after="30"/>
            </w:pPr>
            <w:r>
              <w:rPr>
                <w:sz w:val="19"/>
              </w:rPr>
              <w:t>: Lekong Pituk, 22 Desember 1974</w:t>
            </w:r>
          </w:p>
        </w:tc>
      </w:tr>
      <w:tr>
        <w:tc>
          <w:tcPr>
            <w:tcW w:type="dxa" w:w="3456"/>
          </w:tcPr>
          <w:p>
            <w:pPr>
              <w:spacing w:after="30"/>
            </w:pPr>
            <w:r>
              <w:rPr>
                <w:b/>
                <w:sz w:val="19"/>
              </w:rPr>
              <w:t>Jenis Kelamin</w:t>
            </w:r>
          </w:p>
        </w:tc>
        <w:tc>
          <w:tcPr>
            <w:tcW w:type="dxa" w:w="6336"/>
          </w:tcPr>
          <w:p>
            <w:pPr>
              <w:spacing w:after="30"/>
            </w:pPr>
            <w:r>
              <w:rPr>
                <w:sz w:val="19"/>
              </w:rPr>
              <w:t>: Laki-laki</w:t>
            </w:r>
          </w:p>
        </w:tc>
      </w:tr>
      <w:tr>
        <w:tc>
          <w:tcPr>
            <w:tcW w:type="dxa" w:w="3456"/>
          </w:tcPr>
          <w:p>
            <w:pPr>
              <w:spacing w:after="30"/>
            </w:pPr>
            <w:r>
              <w:rPr>
                <w:b/>
                <w:sz w:val="19"/>
              </w:rPr>
              <w:t>Agama</w:t>
            </w:r>
          </w:p>
        </w:tc>
        <w:tc>
          <w:tcPr>
            <w:tcW w:type="dxa" w:w="6336"/>
          </w:tcPr>
          <w:p>
            <w:pPr>
              <w:spacing w:after="30"/>
            </w:pPr>
            <w:r>
              <w:rPr>
                <w:sz w:val="19"/>
              </w:rPr>
              <w:t>: Islam</w:t>
            </w:r>
          </w:p>
        </w:tc>
      </w:tr>
      <w:tr>
        <w:tc>
          <w:tcPr>
            <w:tcW w:type="dxa" w:w="3456"/>
          </w:tcPr>
          <w:p>
            <w:pPr>
              <w:spacing w:after="30"/>
            </w:pPr>
            <w:r>
              <w:rPr>
                <w:b/>
                <w:sz w:val="19"/>
              </w:rPr>
              <w:t>Status Perkawinan</w:t>
            </w:r>
          </w:p>
        </w:tc>
        <w:tc>
          <w:tcPr>
            <w:tcW w:type="dxa" w:w="6336"/>
          </w:tcPr>
          <w:p>
            <w:pPr>
              <w:spacing w:after="30"/>
            </w:pPr>
            <w:r>
              <w:rPr>
                <w:sz w:val="19"/>
              </w:rPr>
              <w:t>: Menikah</w:t>
            </w:r>
          </w:p>
        </w:tc>
      </w:tr>
      <w:tr>
        <w:tc>
          <w:tcPr>
            <w:tcW w:type="dxa" w:w="3456"/>
          </w:tcPr>
          <w:p>
            <w:pPr>
              <w:spacing w:after="30"/>
            </w:pPr>
            <w:r>
              <w:rPr>
                <w:b/>
                <w:sz w:val="19"/>
              </w:rPr>
              <w:t>Alamat Domisili KTP</w:t>
            </w:r>
          </w:p>
        </w:tc>
        <w:tc>
          <w:tcPr>
            <w:tcW w:type="dxa" w:w="6336"/>
          </w:tcPr>
          <w:p>
            <w:pPr>
              <w:spacing w:after="30"/>
            </w:pPr>
            <w:r>
              <w:rPr>
                <w:sz w:val="19"/>
              </w:rPr>
              <w:t>: RT 04 RW 03 Dusun Orong Gerisak, Desa Tetebatu, Kec. Sikur</w:t>
            </w:r>
          </w:p>
        </w:tc>
      </w:tr>
      <w:tr>
        <w:tc>
          <w:tcPr>
            <w:tcW w:type="dxa" w:w="3456"/>
          </w:tcPr>
          <w:p>
            <w:pPr>
              <w:spacing w:after="30"/>
            </w:pPr>
            <w:r>
              <w:rPr>
                <w:b/>
                <w:sz w:val="19"/>
              </w:rPr>
              <w:t>Pendidikan Terakhir</w:t>
            </w:r>
          </w:p>
        </w:tc>
        <w:tc>
          <w:tcPr>
            <w:tcW w:type="dxa" w:w="6336"/>
          </w:tcPr>
          <w:p>
            <w:pPr>
              <w:spacing w:after="30"/>
            </w:pPr>
            <w:r>
              <w:rPr>
                <w:sz w:val="19"/>
              </w:rPr>
              <w:t>: Diploma IV / Strata 1</w:t>
            </w:r>
          </w:p>
        </w:tc>
      </w:tr>
      <w:tr>
        <w:tc>
          <w:tcPr>
            <w:tcW w:type="dxa" w:w="3456"/>
          </w:tcPr>
          <w:p>
            <w:pPr>
              <w:spacing w:after="30"/>
            </w:pPr>
            <w:r>
              <w:rPr>
                <w:b/>
                <w:sz w:val="19"/>
              </w:rPr>
              <w:t>Nomor Telepon / WhatsApp</w:t>
            </w:r>
          </w:p>
        </w:tc>
        <w:tc>
          <w:tcPr>
            <w:tcW w:type="dxa" w:w="6336"/>
          </w:tcPr>
          <w:p>
            <w:pPr>
              <w:spacing w:after="30"/>
            </w:pPr>
            <w:r>
              <w:rPr>
                <w:sz w:val="19"/>
              </w:rPr>
              <w:t>: 083846342361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1A365D"/>
          </w:tcPr>
          <w:p>
            <w:pPr>
              <w:spacing w:before="50" w:after="50"/>
            </w:pPr>
            <w:r>
              <w:rPr>
                <w:b/>
                <w:color w:val="FFFFFF"/>
                <w:sz w:val="19"/>
              </w:rPr>
              <w:t>II. RIWAYAT PENDIDIKAN FORMAL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4" w:space="0" w:color="E2E8F0"/>
          <w:insideV w:val="single" w:sz="4" w:space="0" w:color="E2E8F0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584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Jenjang</w:t>
            </w:r>
          </w:p>
        </w:tc>
        <w:tc>
          <w:tcPr>
            <w:tcW w:type="dxa" w:w="3168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Nama Sekolah / Lembaga</w:t>
            </w:r>
          </w:p>
        </w:tc>
        <w:tc>
          <w:tcPr>
            <w:tcW w:type="dxa" w:w="1296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Tahun</w:t>
            </w:r>
          </w:p>
        </w:tc>
        <w:tc>
          <w:tcPr>
            <w:tcW w:type="dxa" w:w="2160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Nomor Ijazah</w:t>
            </w:r>
          </w:p>
        </w:tc>
        <w:tc>
          <w:tcPr>
            <w:tcW w:type="dxa" w:w="1584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Tanggal Terbit</w:t>
            </w:r>
          </w:p>
        </w:tc>
      </w:tr>
      <w:tr>
        <w:tc>
          <w:tcPr>
            <w:tcW w:type="dxa" w:w="1584"/>
          </w:tcPr>
          <w:p>
            <w:r>
              <w:rPr>
                <w:sz w:val="17"/>
              </w:rPr>
              <w:t>SD / MI</w:t>
            </w:r>
          </w:p>
        </w:tc>
        <w:tc>
          <w:tcPr>
            <w:tcW w:type="dxa" w:w="3168"/>
          </w:tcPr>
          <w:p>
            <w:r>
              <w:rPr>
                <w:sz w:val="17"/>
              </w:rPr>
              <w:t>SD Negeri No. 1 Tetebatu</w:t>
            </w:r>
          </w:p>
        </w:tc>
        <w:tc>
          <w:tcPr>
            <w:tcW w:type="dxa" w:w="1296"/>
          </w:tcPr>
          <w:p>
            <w:pPr>
              <w:jc w:val="center"/>
            </w:pPr>
            <w:r>
              <w:rPr>
                <w:sz w:val="17"/>
              </w:rPr>
              <w:t>1986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No 20 OA oa 0036394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Tetebatu, 10 Mei 1986</w:t>
            </w:r>
          </w:p>
        </w:tc>
      </w:tr>
      <w:tr>
        <w:tc>
          <w:tcPr>
            <w:tcW w:type="dxa" w:w="1584"/>
          </w:tcPr>
          <w:p>
            <w:r>
              <w:rPr>
                <w:sz w:val="17"/>
              </w:rPr>
              <w:t>SMP / MTs</w:t>
            </w:r>
          </w:p>
        </w:tc>
        <w:tc>
          <w:tcPr>
            <w:tcW w:type="dxa" w:w="3168"/>
          </w:tcPr>
          <w:p>
            <w:r>
              <w:rPr>
                <w:sz w:val="17"/>
              </w:rPr>
              <w:t>MTs NW Kotaraja</w:t>
            </w:r>
          </w:p>
        </w:tc>
        <w:tc>
          <w:tcPr>
            <w:tcW w:type="dxa" w:w="1296"/>
          </w:tcPr>
          <w:p>
            <w:pPr>
              <w:jc w:val="center"/>
            </w:pPr>
            <w:r>
              <w:rPr>
                <w:sz w:val="17"/>
              </w:rPr>
              <w:t>1989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E.IV/x/MTs-419/03903/89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Mataram, 23 Juni 1989</w:t>
            </w:r>
          </w:p>
        </w:tc>
      </w:tr>
      <w:tr>
        <w:tc>
          <w:tcPr>
            <w:tcW w:type="dxa" w:w="1584"/>
          </w:tcPr>
          <w:p>
            <w:r>
              <w:rPr>
                <w:sz w:val="17"/>
              </w:rPr>
              <w:t>SMA / MA</w:t>
            </w:r>
          </w:p>
        </w:tc>
        <w:tc>
          <w:tcPr>
            <w:tcW w:type="dxa" w:w="3168"/>
          </w:tcPr>
          <w:p>
            <w:r>
              <w:rPr>
                <w:sz w:val="17"/>
              </w:rPr>
              <w:t>MA Muallimin NW Pancor</w:t>
            </w:r>
          </w:p>
        </w:tc>
        <w:tc>
          <w:tcPr>
            <w:tcW w:type="dxa" w:w="1296"/>
          </w:tcPr>
          <w:p>
            <w:pPr>
              <w:jc w:val="center"/>
            </w:pPr>
            <w:r>
              <w:rPr>
                <w:sz w:val="17"/>
              </w:rPr>
              <w:t>1992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E.IV/x/MA-1630/00373/92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Selong, 15 Juni 1992</w:t>
            </w:r>
          </w:p>
        </w:tc>
      </w:tr>
      <w:tr>
        <w:tc>
          <w:tcPr>
            <w:tcW w:type="dxa" w:w="1584"/>
          </w:tcPr>
          <w:p>
            <w:r>
              <w:rPr>
                <w:sz w:val="17"/>
              </w:rPr>
              <w:t>D-IV / S1</w:t>
            </w:r>
          </w:p>
        </w:tc>
        <w:tc>
          <w:tcPr>
            <w:tcW w:type="dxa" w:w="3168"/>
          </w:tcPr>
          <w:p>
            <w:r>
              <w:rPr>
                <w:sz w:val="17"/>
              </w:rPr>
              <w:t>[Nama Perguruan Tinggi S1]</w:t>
            </w:r>
          </w:p>
        </w:tc>
        <w:tc>
          <w:tcPr>
            <w:tcW w:type="dxa" w:w="1296"/>
          </w:tcPr>
          <w:p>
            <w:pPr>
              <w:jc w:val="center"/>
            </w:pPr>
            <w:r>
              <w:rPr>
                <w:sz w:val="17"/>
              </w:rPr>
              <w:t>-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[Nomor Ijazah S1]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[Tanggal Terbit S1]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1A365D"/>
          </w:tcPr>
          <w:p>
            <w:pPr>
              <w:spacing w:before="50" w:after="50"/>
            </w:pPr>
            <w:r>
              <w:rPr>
                <w:b/>
                <w:color w:val="FFFFFF"/>
                <w:sz w:val="19"/>
              </w:rPr>
              <w:t>III. RIWAYAT PENGALAMAN KEPEMIMPINAN, KERJA &amp; ORGANISASI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4" w:space="0" w:color="E2E8F0"/>
          <w:insideV w:val="single" w:sz="4" w:space="0" w:color="E2E8F0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720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No.</w:t>
            </w:r>
          </w:p>
        </w:tc>
        <w:tc>
          <w:tcPr>
            <w:tcW w:type="dxa" w:w="4608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Lembaga / Instansi / Organisasi</w:t>
            </w:r>
          </w:p>
        </w:tc>
        <w:tc>
          <w:tcPr>
            <w:tcW w:type="dxa" w:w="2592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Jabatan / Posisi</w:t>
            </w:r>
          </w:p>
        </w:tc>
        <w:tc>
          <w:tcPr>
            <w:tcW w:type="dxa" w:w="1872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Tahun / Periode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type="dxa" w:w="4608"/>
          </w:tcPr>
          <w:p>
            <w:r>
              <w:rPr>
                <w:sz w:val="17"/>
              </w:rPr>
              <w:t>Pemerintah Dusun Lekong Pituk</w:t>
            </w:r>
          </w:p>
        </w:tc>
        <w:tc>
          <w:tcPr>
            <w:tcW w:type="dxa" w:w="2592"/>
          </w:tcPr>
          <w:p>
            <w:r>
              <w:rPr>
                <w:sz w:val="17"/>
              </w:rPr>
              <w:t>Kepala Dusun (Kadus)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7"/>
              </w:rPr>
              <w:t>2010 - 2015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type="dxa" w:w="4608"/>
          </w:tcPr>
          <w:p>
            <w:r>
              <w:rPr>
                <w:sz w:val="17"/>
              </w:rPr>
              <w:t>Kelompok Sadar Wisata (Pokdarwis) Desa Tetebatu</w:t>
            </w:r>
          </w:p>
        </w:tc>
        <w:tc>
          <w:tcPr>
            <w:tcW w:type="dxa" w:w="2592"/>
          </w:tcPr>
          <w:p>
            <w:r>
              <w:rPr>
                <w:sz w:val="17"/>
              </w:rPr>
              <w:t>Ketua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7"/>
              </w:rPr>
              <w:t>2023 - Sekarang</w:t>
            </w:r>
          </w:p>
        </w:tc>
      </w:tr>
      <w:tr>
        <w:tc>
          <w:tcPr>
            <w:tcW w:type="dxa" w:w="720"/>
          </w:tcPr>
          <w:p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type="dxa" w:w="4608"/>
          </w:tcPr>
          <w:p>
            <w:r>
              <w:rPr>
                <w:sz w:val="17"/>
              </w:rPr>
              <w:t>tetebatu.com (Platform Informasi &amp; Wisata)</w:t>
            </w:r>
          </w:p>
        </w:tc>
        <w:tc>
          <w:tcPr>
            <w:tcW w:type="dxa" w:w="2592"/>
          </w:tcPr>
          <w:p>
            <w:r>
              <w:rPr>
                <w:sz w:val="17"/>
              </w:rPr>
              <w:t>Founder / Pengelola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7"/>
              </w:rPr>
              <w:t>Aktif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1A365D"/>
          </w:tcPr>
          <w:p>
            <w:pPr>
              <w:spacing w:before="50" w:after="50"/>
            </w:pPr>
            <w:r>
              <w:rPr>
                <w:b/>
                <w:color w:val="FFFFFF"/>
                <w:sz w:val="19"/>
              </w:rPr>
              <w:t>IV. DATA SUSUNAN KELUARGA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4" w:space="0" w:color="E2E8F0"/>
          <w:insideV w:val="single" w:sz="4" w:space="0" w:color="E2E8F0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160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Status Hubungan</w:t>
            </w:r>
          </w:p>
        </w:tc>
        <w:tc>
          <w:tcPr>
            <w:tcW w:type="dxa" w:w="3600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Nama Lengkap</w:t>
            </w:r>
          </w:p>
        </w:tc>
        <w:tc>
          <w:tcPr>
            <w:tcW w:type="dxa" w:w="2448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Pekerjaan</w:t>
            </w:r>
          </w:p>
        </w:tc>
        <w:tc>
          <w:tcPr>
            <w:tcW w:type="dxa" w:w="1584"/>
            <w:shd w:fill="E2E8F0"/>
          </w:tcPr>
          <w:p>
            <w:pPr>
              <w:jc w:val="center"/>
            </w:pPr>
            <w:r>
              <w:rPr>
                <w:b/>
                <w:sz w:val="17"/>
              </w:rPr>
              <w:t>Keterangan</w:t>
            </w:r>
          </w:p>
        </w:tc>
      </w:tr>
      <w:tr>
        <w:tc>
          <w:tcPr>
            <w:tcW w:type="dxa" w:w="2160"/>
          </w:tcPr>
          <w:p>
            <w:r>
              <w:rPr>
                <w:sz w:val="17"/>
              </w:rPr>
              <w:t>Istri</w:t>
            </w:r>
          </w:p>
        </w:tc>
        <w:tc>
          <w:tcPr>
            <w:tcW w:type="dxa" w:w="3600"/>
          </w:tcPr>
          <w:p>
            <w:r>
              <w:rPr>
                <w:b/>
                <w:sz w:val="17"/>
              </w:rPr>
              <w:t>HENDRILIANA</w:t>
            </w:r>
          </w:p>
        </w:tc>
        <w:tc>
          <w:tcPr>
            <w:tcW w:type="dxa" w:w="2448"/>
          </w:tcPr>
          <w:p>
            <w:r>
              <w:rPr>
                <w:sz w:val="17"/>
              </w:rPr>
              <w:t>Mengurus Rumah Tangga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Istri Sah</w:t>
            </w:r>
          </w:p>
        </w:tc>
      </w:tr>
      <w:tr>
        <w:tc>
          <w:tcPr>
            <w:tcW w:type="dxa" w:w="2160"/>
          </w:tcPr>
          <w:p>
            <w:r>
              <w:rPr>
                <w:sz w:val="17"/>
              </w:rPr>
              <w:t>Anak ke-1</w:t>
            </w:r>
          </w:p>
        </w:tc>
        <w:tc>
          <w:tcPr>
            <w:tcW w:type="dxa" w:w="3600"/>
          </w:tcPr>
          <w:p>
            <w:r>
              <w:rPr>
                <w:b w:val="0"/>
                <w:sz w:val="17"/>
              </w:rPr>
              <w:t>KARLIA AGUSTINA</w:t>
            </w:r>
          </w:p>
        </w:tc>
        <w:tc>
          <w:tcPr>
            <w:tcW w:type="dxa" w:w="2448"/>
          </w:tcPr>
          <w:p>
            <w:r>
              <w:rPr>
                <w:sz w:val="17"/>
              </w:rPr>
              <w:t>Ibu Rumah Tangga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Anak Kandung</w:t>
            </w:r>
          </w:p>
        </w:tc>
      </w:tr>
      <w:tr>
        <w:tc>
          <w:tcPr>
            <w:tcW w:type="dxa" w:w="2160"/>
          </w:tcPr>
          <w:p>
            <w:r>
              <w:rPr>
                <w:sz w:val="17"/>
              </w:rPr>
              <w:t>Anak ke-2</w:t>
            </w:r>
          </w:p>
        </w:tc>
        <w:tc>
          <w:tcPr>
            <w:tcW w:type="dxa" w:w="3600"/>
          </w:tcPr>
          <w:p>
            <w:r>
              <w:rPr>
                <w:b w:val="0"/>
                <w:sz w:val="17"/>
              </w:rPr>
              <w:t>RIO PADILA ILHAMI</w:t>
            </w:r>
          </w:p>
        </w:tc>
        <w:tc>
          <w:tcPr>
            <w:tcW w:type="dxa" w:w="2448"/>
          </w:tcPr>
          <w:p>
            <w:r>
              <w:rPr>
                <w:sz w:val="17"/>
              </w:rPr>
              <w:t>Buruh Harian Lepas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Anak Kandung</w:t>
            </w:r>
          </w:p>
        </w:tc>
      </w:tr>
      <w:tr>
        <w:tc>
          <w:tcPr>
            <w:tcW w:type="dxa" w:w="2160"/>
          </w:tcPr>
          <w:p>
            <w:r>
              <w:rPr>
                <w:sz w:val="17"/>
              </w:rPr>
              <w:t>Anak ke-3</w:t>
            </w:r>
          </w:p>
        </w:tc>
        <w:tc>
          <w:tcPr>
            <w:tcW w:type="dxa" w:w="3600"/>
          </w:tcPr>
          <w:p>
            <w:r>
              <w:rPr>
                <w:b w:val="0"/>
                <w:sz w:val="17"/>
              </w:rPr>
              <w:t>DILYAN AYUNIKA</w:t>
            </w:r>
          </w:p>
        </w:tc>
        <w:tc>
          <w:tcPr>
            <w:tcW w:type="dxa" w:w="2448"/>
          </w:tcPr>
          <w:p>
            <w:r>
              <w:rPr>
                <w:sz w:val="17"/>
              </w:rPr>
              <w:t>Mahasiswa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Anak Kandung</w:t>
            </w:r>
          </w:p>
        </w:tc>
      </w:tr>
      <w:tr>
        <w:tc>
          <w:tcPr>
            <w:tcW w:type="dxa" w:w="2160"/>
          </w:tcPr>
          <w:p>
            <w:r>
              <w:rPr>
                <w:sz w:val="17"/>
              </w:rPr>
              <w:t>Anak ke-4</w:t>
            </w:r>
          </w:p>
        </w:tc>
        <w:tc>
          <w:tcPr>
            <w:tcW w:type="dxa" w:w="3600"/>
          </w:tcPr>
          <w:p>
            <w:r>
              <w:rPr>
                <w:b w:val="0"/>
                <w:sz w:val="17"/>
              </w:rPr>
              <w:t>SAKINAH MUMTAZAH PADILA</w:t>
            </w:r>
          </w:p>
        </w:tc>
        <w:tc>
          <w:tcPr>
            <w:tcW w:type="dxa" w:w="2448"/>
          </w:tcPr>
          <w:p>
            <w:r>
              <w:rPr>
                <w:sz w:val="17"/>
              </w:rPr>
              <w:t>Tidak Bekerja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7"/>
              </w:rPr>
              <w:t>Anak Kandung</w:t>
            </w:r>
          </w:p>
        </w:tc>
      </w:tr>
    </w:tbl>
    <w:p>
      <w:pPr>
        <w:spacing w:before="120" w:line="276" w:lineRule="auto"/>
      </w:pPr>
      <w:r>
        <w:rPr>
          <w:sz w:val="18"/>
        </w:rPr>
        <w:t>Daftar Riwayat Hidup ini saya buat dengan sebenarnya dan sejujur-jujurnya. Apabila di kemudian hari terdapat keterangan yang tidak benar, saya bersedia menanggung segala konsekuensi hukum.</w:t>
      </w:r>
    </w:p>
    <w:p>
      <w:pPr>
        <w:spacing w:before="120"/>
        <w:jc w:val="right"/>
      </w:pPr>
      <w:r>
        <w:t>Tetebatu Selatan, .............................. 2026</w:t>
        <w:br/>
        <w:t>Yang membuat pernyataan,</w:t>
        <w:br/>
        <w:br/>
        <w:br/>
      </w:r>
      <w:r>
        <w:rPr>
          <w:b/>
          <w:sz w:val="20"/>
        </w:rPr>
        <w:t>( ZAENUL PADLI )</w:t>
        <w:br/>
      </w:r>
      <w:r>
        <w:rPr>
          <w:sz w:val="17"/>
        </w:rPr>
        <w:t>Bakal Calon Kepala Desa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