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365D"/>
          <w:sz w:val="26"/>
        </w:rPr>
        <w:t>PANITIA PEMILIHAN KEPALA DESA</w:t>
      </w:r>
    </w:p>
    <w:p>
      <w:pPr>
        <w:jc w:val="center"/>
      </w:pPr>
      <w:r>
        <w:rPr>
          <w:b/>
          <w:color w:val="2B6CB0"/>
          <w:sz w:val="22"/>
        </w:rPr>
        <w:t>DESA TETEBATU SELATAN - KABUPATEN LOMBOK TIMUR</w:t>
      </w:r>
    </w:p>
    <w:p>
      <w:pPr>
        <w:spacing w:after="240"/>
        <w:jc w:val="center"/>
      </w:pPr>
      <w:r>
        <w:rPr>
          <w:b/>
          <w:u w:val="single"/>
        </w:rPr>
        <w:t>LEMBAR CEKLIST PERSYARATAN BAKAL CALON KEPALA DESA PERIODE 2027 - 2035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312"/>
          </w:tcPr>
          <w:p>
            <w:pPr>
              <w:spacing w:after="40"/>
            </w:pPr>
            <w:r>
              <w:rPr>
                <w:b/>
                <w:sz w:val="19"/>
              </w:rPr>
              <w:t>Nama Lengkap Bakal Calon</w:t>
            </w:r>
          </w:p>
        </w:tc>
        <w:tc>
          <w:tcPr>
            <w:tcW w:type="dxa" w:w="6480"/>
          </w:tcPr>
          <w:p>
            <w:pPr>
              <w:spacing w:after="40"/>
            </w:pPr>
            <w:r>
              <w:rPr>
                <w:b/>
                <w:sz w:val="19"/>
              </w:rPr>
              <w:t>: ZAENUL PADLI</w:t>
            </w:r>
          </w:p>
        </w:tc>
      </w:tr>
      <w:tr>
        <w:tc>
          <w:tcPr>
            <w:tcW w:type="dxa" w:w="3312"/>
          </w:tcPr>
          <w:p>
            <w:pPr>
              <w:spacing w:after="40"/>
            </w:pPr>
            <w:r>
              <w:rPr>
                <w:b/>
                <w:sz w:val="19"/>
              </w:rPr>
              <w:t>Nomor Induk Kependudukan (NIK)</w:t>
            </w:r>
          </w:p>
        </w:tc>
        <w:tc>
          <w:tcPr>
            <w:tcW w:type="dxa" w:w="6480"/>
          </w:tcPr>
          <w:p>
            <w:pPr>
              <w:spacing w:after="40"/>
            </w:pPr>
            <w:r>
              <w:rPr>
                <w:b w:val="0"/>
                <w:sz w:val="19"/>
              </w:rPr>
              <w:t>: 5203042212740001</w:t>
            </w:r>
          </w:p>
        </w:tc>
      </w:tr>
      <w:tr>
        <w:tc>
          <w:tcPr>
            <w:tcW w:type="dxa" w:w="3312"/>
          </w:tcPr>
          <w:p>
            <w:pPr>
              <w:spacing w:after="40"/>
            </w:pPr>
            <w:r>
              <w:rPr>
                <w:b/>
                <w:sz w:val="19"/>
              </w:rPr>
              <w:t>Tempat / Tanggal Lahir</w:t>
            </w:r>
          </w:p>
        </w:tc>
        <w:tc>
          <w:tcPr>
            <w:tcW w:type="dxa" w:w="6480"/>
          </w:tcPr>
          <w:p>
            <w:pPr>
              <w:spacing w:after="40"/>
            </w:pPr>
            <w:r>
              <w:rPr>
                <w:b w:val="0"/>
                <w:sz w:val="19"/>
              </w:rPr>
              <w:t>: Lekong Pituk, 22 Desember 1974</w:t>
            </w:r>
          </w:p>
        </w:tc>
      </w:tr>
      <w:tr>
        <w:tc>
          <w:tcPr>
            <w:tcW w:type="dxa" w:w="3312"/>
          </w:tcPr>
          <w:p>
            <w:pPr>
              <w:spacing w:after="40"/>
            </w:pPr>
            <w:r>
              <w:rPr>
                <w:b/>
                <w:sz w:val="19"/>
              </w:rPr>
              <w:t>Alamat / Dusun</w:t>
            </w:r>
          </w:p>
        </w:tc>
        <w:tc>
          <w:tcPr>
            <w:tcW w:type="dxa" w:w="6480"/>
          </w:tcPr>
          <w:p>
            <w:pPr>
              <w:spacing w:after="40"/>
            </w:pPr>
            <w:r>
              <w:rPr>
                <w:b w:val="0"/>
                <w:sz w:val="19"/>
              </w:rPr>
              <w:t>: RT 04 RW 03 Dusun Orong Gerisak, Desa Tetebatu, Kec. Sikur</w:t>
            </w:r>
          </w:p>
        </w:tc>
      </w:tr>
      <w:tr>
        <w:tc>
          <w:tcPr>
            <w:tcW w:type="dxa" w:w="3312"/>
          </w:tcPr>
          <w:p>
            <w:pPr>
              <w:spacing w:after="40"/>
            </w:pPr>
            <w:r>
              <w:rPr>
                <w:b/>
                <w:sz w:val="19"/>
              </w:rPr>
              <w:t>No. Telepon / WhatsApp</w:t>
            </w:r>
          </w:p>
        </w:tc>
        <w:tc>
          <w:tcPr>
            <w:tcW w:type="dxa" w:w="6480"/>
          </w:tcPr>
          <w:p>
            <w:pPr>
              <w:spacing w:after="40"/>
            </w:pPr>
            <w:r>
              <w:rPr>
                <w:b w:val="0"/>
                <w:sz w:val="19"/>
              </w:rPr>
              <w:t>: 083846342361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4" w:space="0" w:color="E2E8F0"/>
          <w:insideV w:val="single" w:sz="4" w:space="0" w:color="E2E8F0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720"/>
            <w:shd w:fill="1A365D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No.</w:t>
            </w:r>
          </w:p>
        </w:tc>
        <w:tc>
          <w:tcPr>
            <w:tcW w:type="dxa" w:w="6048"/>
            <w:shd w:fill="1A365D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Rincian Berkas Persyaratan</w:t>
            </w:r>
          </w:p>
        </w:tc>
        <w:tc>
          <w:tcPr>
            <w:tcW w:type="dxa" w:w="1584"/>
            <w:shd w:fill="1A365D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Ceklist</w:t>
            </w:r>
          </w:p>
        </w:tc>
        <w:tc>
          <w:tcPr>
            <w:tcW w:type="dxa" w:w="1584"/>
            <w:shd w:fill="1A365D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Keterangan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Surat lamaran tulis tangan dengan tinta hitam bermeterai cukup.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</w:tcPr>
          <w:p/>
        </w:tc>
      </w:tr>
      <w:tr>
        <w:tc>
          <w:tcPr>
            <w:tcW w:type="dxa" w:w="720"/>
            <w:shd w:fill="F7FAFC"/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fill="F7FAFC"/>
          </w:tcPr>
          <w:p>
            <w:r>
              <w:rPr>
                <w:sz w:val="18"/>
              </w:rPr>
              <w:t>Surat keterangan WNI dari pejabat tingkat Kabupaten.</w:t>
            </w:r>
          </w:p>
        </w:tc>
        <w:tc>
          <w:tcPr>
            <w:tcW w:type="dxa" w:w="1584"/>
            <w:shd w:fill="F7FAFC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  <w:shd w:fill="F7FAFC"/>
          </w:tcPr>
          <w:p/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Surat pernyataan bertakwa kepada Tuhan YME bermeterai cukup.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</w:tcPr>
          <w:p/>
        </w:tc>
      </w:tr>
      <w:tr>
        <w:tc>
          <w:tcPr>
            <w:tcW w:type="dxa" w:w="720"/>
            <w:shd w:fill="F7FAFC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6048"/>
            <w:shd w:fill="F7FAFC"/>
          </w:tcPr>
          <w:p>
            <w:r>
              <w:rPr>
                <w:sz w:val="18"/>
              </w:rPr>
              <w:t>Surat pernyataan memegang teguh dan mengamalkan Pancasila, UUD 1945, mempertahankan keutuhan NKRI serta Bhinneka Tunggal Ika, bermeterai cukup.</w:t>
            </w:r>
          </w:p>
        </w:tc>
        <w:tc>
          <w:tcPr>
            <w:tcW w:type="dxa" w:w="1584"/>
            <w:shd w:fill="F7FAFC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  <w:shd w:fill="F7FAFC"/>
          </w:tcPr>
          <w:p/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Fotokopi ijazah dari SD sampai ijazah terakhir yang telah dilegalisir.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</w:tcPr>
          <w:p/>
        </w:tc>
      </w:tr>
      <w:tr>
        <w:tc>
          <w:tcPr>
            <w:tcW w:type="dxa" w:w="720"/>
            <w:shd w:fill="F7FAFC"/>
          </w:tcPr>
          <w:p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6048"/>
            <w:shd w:fill="F7FAFC"/>
          </w:tcPr>
          <w:p>
            <w:r>
              <w:rPr>
                <w:sz w:val="18"/>
              </w:rPr>
              <w:t>Fotokopi Akta Kelahiran yang telah dilegalisasi.</w:t>
            </w:r>
          </w:p>
        </w:tc>
        <w:tc>
          <w:tcPr>
            <w:tcW w:type="dxa" w:w="1584"/>
            <w:shd w:fill="F7FAFC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  <w:shd w:fill="F7FAFC"/>
          </w:tcPr>
          <w:p/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Surat pernyataan bersedia dicalonkan menjadi Kepala Desa bermeterai cukup.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</w:tcPr>
          <w:p/>
        </w:tc>
      </w:tr>
      <w:tr>
        <w:tc>
          <w:tcPr>
            <w:tcW w:type="dxa" w:w="720"/>
            <w:shd w:fill="F7FAFC"/>
          </w:tcPr>
          <w:p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6048"/>
            <w:shd w:fill="F7FAFC"/>
          </w:tcPr>
          <w:p>
            <w:r>
              <w:rPr>
                <w:sz w:val="18"/>
              </w:rPr>
              <w:t>Fotokopi Kartu Tanda Penduduk elektronik (KTP-el).</w:t>
            </w:r>
          </w:p>
        </w:tc>
        <w:tc>
          <w:tcPr>
            <w:tcW w:type="dxa" w:w="1584"/>
            <w:shd w:fill="F7FAFC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  <w:shd w:fill="F7FAFC"/>
          </w:tcPr>
          <w:p/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Surat keterangan sehat dan bebas narkoba dari RSUD Lombok Timur atau Badan Narkotika Nasional (BNN).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</w:tcPr>
          <w:p/>
        </w:tc>
      </w:tr>
      <w:tr>
        <w:tc>
          <w:tcPr>
            <w:tcW w:type="dxa" w:w="720"/>
            <w:shd w:fill="F7FAFC"/>
          </w:tcPr>
          <w:p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6048"/>
            <w:shd w:fill="F7FAFC"/>
          </w:tcPr>
          <w:p>
            <w:r>
              <w:rPr>
                <w:sz w:val="18"/>
              </w:rPr>
              <w:t>Surat Keterangan Catatan Kepolisian (SKCK).</w:t>
            </w:r>
          </w:p>
        </w:tc>
        <w:tc>
          <w:tcPr>
            <w:tcW w:type="dxa" w:w="1584"/>
            <w:shd w:fill="F7FAFC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  <w:shd w:fill="F7FAFC"/>
          </w:tcPr>
          <w:p/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Surat keterangan dari Pengadilan Negeri bahwa tidak pernah dijatuhi pidana penjara berdasarkan putusan pengadilan karena melakukan tindak pidana yang diancam dengan pidana penjara paling singkat 5 (lima) tahun atau lebih.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</w:tcPr>
          <w:p/>
        </w:tc>
      </w:tr>
      <w:tr>
        <w:tc>
          <w:tcPr>
            <w:tcW w:type="dxa" w:w="720"/>
            <w:shd w:fill="F7FAFC"/>
          </w:tcPr>
          <w:p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type="dxa" w:w="6048"/>
            <w:shd w:fill="F7FAFC"/>
          </w:tcPr>
          <w:p>
            <w:r>
              <w:rPr>
                <w:sz w:val="18"/>
              </w:rPr>
              <w:t>Surat keterangan dari Pengadilan Negeri tidak sedang dicabut hak pilihnya.</w:t>
            </w:r>
          </w:p>
        </w:tc>
        <w:tc>
          <w:tcPr>
            <w:tcW w:type="dxa" w:w="1584"/>
            <w:shd w:fill="F7FAFC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  <w:shd w:fill="F7FAFC"/>
          </w:tcPr>
          <w:p/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Daftar Riwayat Hidup.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</w:tcPr>
          <w:p/>
        </w:tc>
      </w:tr>
      <w:tr>
        <w:tc>
          <w:tcPr>
            <w:tcW w:type="dxa" w:w="720"/>
            <w:shd w:fill="F7FAFC"/>
          </w:tcPr>
          <w:p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type="dxa" w:w="6048"/>
            <w:shd w:fill="F7FAFC"/>
          </w:tcPr>
          <w:p>
            <w:r>
              <w:rPr>
                <w:sz w:val="18"/>
              </w:rPr>
              <w:t>Pasfoto terbaru berwarna ukuran 4 x 6 cm, 4 lembar.</w:t>
            </w:r>
          </w:p>
        </w:tc>
        <w:tc>
          <w:tcPr>
            <w:tcW w:type="dxa" w:w="1584"/>
            <w:shd w:fill="F7FAFC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  <w:shd w:fill="F7FAFC"/>
          </w:tcPr>
          <w:p/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Surat Pernyataan tidak pernah menjabat sebagai kepala desa sebanyak 3 periode.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</w:tcPr>
          <w:p/>
        </w:tc>
      </w:tr>
      <w:tr>
        <w:tc>
          <w:tcPr>
            <w:tcW w:type="dxa" w:w="720"/>
            <w:shd w:fill="F7FAFC"/>
          </w:tcPr>
          <w:p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type="dxa" w:w="6048"/>
            <w:shd w:fill="F7FAFC"/>
          </w:tcPr>
          <w:p>
            <w:r>
              <w:rPr>
                <w:sz w:val="18"/>
              </w:rPr>
              <w:t>Surat pernyataan bersedia mengganti seluruh biaya penyelenggaraan pemilihan apabila mengundurkan diri.</w:t>
            </w:r>
          </w:p>
        </w:tc>
        <w:tc>
          <w:tcPr>
            <w:tcW w:type="dxa" w:w="1584"/>
            <w:shd w:fill="F7FAFC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  <w:shd w:fill="F7FAFC"/>
          </w:tcPr>
          <w:p/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Surat pernyataan tidak mengundurkan diri setelah ditetapkan sebagai Calon Kepala Desa.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</w:tcPr>
          <w:p/>
        </w:tc>
      </w:tr>
      <w:tr>
        <w:tc>
          <w:tcPr>
            <w:tcW w:type="dxa" w:w="720"/>
            <w:shd w:fill="F7FAFC"/>
          </w:tcPr>
          <w:p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type="dxa" w:w="6048"/>
            <w:shd w:fill="F7FAFC"/>
          </w:tcPr>
          <w:p>
            <w:r>
              <w:rPr>
                <w:sz w:val="18"/>
              </w:rPr>
              <w:t>Berkas pendukung calon berupa fotokopi KTP-el para pemberi dukungan sebanyak 401 orang yang tersebar minimal di 4 Dusun, Desa Tetebatu Selatan.</w:t>
            </w:r>
          </w:p>
        </w:tc>
        <w:tc>
          <w:tcPr>
            <w:tcW w:type="dxa" w:w="1584"/>
            <w:shd w:fill="F7FAFC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  <w:shd w:fill="F7FAFC"/>
          </w:tcPr>
          <w:p/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Surat pernyataan siap menerima dan mengakui hasil proses Pemilihan Kepala Desa.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☐ Ada</w:t>
              <w:br/>
              <w:t>☐ Belum</w:t>
            </w:r>
          </w:p>
        </w:tc>
        <w:tc>
          <w:tcPr>
            <w:tcW w:type="dxa" w:w="1584"/>
          </w:tcPr>
          <w:p/>
        </w:tc>
      </w:tr>
    </w:tbl>
    <w:p>
      <w:pPr>
        <w:spacing w:after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896"/>
          </w:tcPr>
          <w:p/>
        </w:tc>
        <w:tc>
          <w:tcPr>
            <w:tcW w:type="dxa" w:w="5040"/>
          </w:tcPr>
          <w:p>
            <w:pPr>
              <w:jc w:val="center"/>
            </w:pPr>
            <w:r>
              <w:rPr>
                <w:sz w:val="19"/>
              </w:rPr>
              <w:t>Tetebatu Selatan, .............................. 2026</w:t>
            </w:r>
          </w:p>
        </w:tc>
      </w:tr>
      <w:tr>
        <w:tc>
          <w:tcPr>
            <w:tcW w:type="dxa" w:w="4896"/>
          </w:tcPr>
          <w:p>
            <w:pPr>
              <w:jc w:val="center"/>
            </w:pPr>
            <w:r>
              <w:rPr>
                <w:b/>
                <w:sz w:val="19"/>
              </w:rPr>
              <w:t>Bakal Calon Kepala Desa,</w:t>
            </w:r>
          </w:p>
        </w:tc>
        <w:tc>
          <w:tcPr>
            <w:tcW w:type="dxa" w:w="5040"/>
          </w:tcPr>
          <w:p>
            <w:pPr>
              <w:jc w:val="center"/>
            </w:pPr>
            <w:r>
              <w:rPr>
                <w:b/>
                <w:sz w:val="19"/>
              </w:rPr>
              <w:t>Panitia Penerima Berkas,</w:t>
            </w:r>
          </w:p>
        </w:tc>
      </w:tr>
      <w:tr>
        <w:tc>
          <w:tcPr>
            <w:tcW w:type="dxa" w:w="4896"/>
          </w:tcPr>
          <w:p>
            <w:pPr>
              <w:spacing w:before="720"/>
            </w:pPr>
          </w:p>
        </w:tc>
        <w:tc>
          <w:tcPr>
            <w:tcW w:type="dxa" w:w="5040"/>
          </w:tcPr>
          <w:p>
            <w:pPr>
              <w:spacing w:before="720"/>
            </w:pPr>
          </w:p>
        </w:tc>
      </w:tr>
      <w:tr>
        <w:tc>
          <w:tcPr>
            <w:tcW w:type="dxa" w:w="4896"/>
          </w:tcPr>
          <w:p>
            <w:pPr>
              <w:jc w:val="center"/>
            </w:pPr>
            <w:r>
              <w:rPr>
                <w:b/>
                <w:sz w:val="19"/>
              </w:rPr>
              <w:t>( ZAENUL PADLI )</w:t>
            </w:r>
          </w:p>
        </w:tc>
        <w:tc>
          <w:tcPr>
            <w:tcW w:type="dxa" w:w="5040"/>
          </w:tcPr>
          <w:p>
            <w:pPr>
              <w:jc w:val="center"/>
            </w:pPr>
            <w:r>
              <w:rPr>
                <w:sz w:val="19"/>
              </w:rPr>
              <w:t>( .................................................... )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